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D4D3B" w14:textId="77777777" w:rsidR="00AD7D36" w:rsidRDefault="00717DE8" w:rsidP="00C43C20">
      <w:pPr>
        <w:pStyle w:val="Ttulo"/>
        <w:ind w:left="-1560" w:right="-1425"/>
        <w:jc w:val="center"/>
      </w:pPr>
      <w:proofErr w:type="spellStart"/>
      <w:r>
        <w:t>Tabela</w:t>
      </w:r>
      <w:proofErr w:type="spellEnd"/>
      <w:r>
        <w:t xml:space="preserve"> </w:t>
      </w:r>
      <w:proofErr w:type="spellStart"/>
      <w:r>
        <w:t>Mesclada</w:t>
      </w:r>
      <w:proofErr w:type="spellEnd"/>
      <w:r>
        <w:t xml:space="preserve"> - </w:t>
      </w:r>
      <w:proofErr w:type="spellStart"/>
      <w:r>
        <w:t>Legislação</w:t>
      </w:r>
      <w:proofErr w:type="spellEnd"/>
      <w:r>
        <w:t xml:space="preserve"> de Meia-Entrada</w:t>
      </w:r>
    </w:p>
    <w:tbl>
      <w:tblPr>
        <w:tblStyle w:val="Tabelacomgrade"/>
        <w:tblW w:w="11887" w:type="dxa"/>
        <w:tblInd w:w="-1452" w:type="dxa"/>
        <w:tblLook w:val="04A0" w:firstRow="1" w:lastRow="0" w:firstColumn="1" w:lastColumn="0" w:noHBand="0" w:noVBand="1"/>
      </w:tblPr>
      <w:tblGrid>
        <w:gridCol w:w="1267"/>
        <w:gridCol w:w="3131"/>
        <w:gridCol w:w="3159"/>
        <w:gridCol w:w="1466"/>
        <w:gridCol w:w="2864"/>
      </w:tblGrid>
      <w:tr w:rsidR="00AD7D36" w14:paraId="08D56DDA" w14:textId="77777777" w:rsidTr="00FD1FF9">
        <w:tc>
          <w:tcPr>
            <w:tcW w:w="1267" w:type="dxa"/>
            <w:shd w:val="clear" w:color="auto" w:fill="EEECE1" w:themeFill="background2"/>
          </w:tcPr>
          <w:p w14:paraId="0BA8BB5C" w14:textId="77777777" w:rsidR="00AD7D36" w:rsidRDefault="00717DE8">
            <w:r>
              <w:t>Cidade</w:t>
            </w:r>
          </w:p>
        </w:tc>
        <w:tc>
          <w:tcPr>
            <w:tcW w:w="293" w:type="dxa"/>
            <w:shd w:val="clear" w:color="auto" w:fill="EEECE1" w:themeFill="background2"/>
          </w:tcPr>
          <w:p w14:paraId="632873B0" w14:textId="77777777" w:rsidR="00AD7D36" w:rsidRDefault="00717DE8">
            <w:proofErr w:type="spellStart"/>
            <w:r>
              <w:t>Legislação</w:t>
            </w:r>
            <w:proofErr w:type="spellEnd"/>
            <w:r>
              <w:t xml:space="preserve"> Municipal</w:t>
            </w:r>
          </w:p>
        </w:tc>
        <w:tc>
          <w:tcPr>
            <w:tcW w:w="5997" w:type="dxa"/>
            <w:shd w:val="clear" w:color="auto" w:fill="EEECE1" w:themeFill="background2"/>
          </w:tcPr>
          <w:p w14:paraId="21EB1AC7" w14:textId="77777777" w:rsidR="00AD7D36" w:rsidRDefault="00717DE8">
            <w:proofErr w:type="spellStart"/>
            <w:r>
              <w:t>Legislação</w:t>
            </w:r>
            <w:proofErr w:type="spellEnd"/>
            <w:r>
              <w:t xml:space="preserve"> </w:t>
            </w:r>
            <w:proofErr w:type="spellStart"/>
            <w:r>
              <w:t>Estadual</w:t>
            </w:r>
            <w:proofErr w:type="spellEnd"/>
          </w:p>
        </w:tc>
        <w:tc>
          <w:tcPr>
            <w:tcW w:w="1466" w:type="dxa"/>
            <w:shd w:val="clear" w:color="auto" w:fill="EEECE1" w:themeFill="background2"/>
          </w:tcPr>
          <w:p w14:paraId="536F1716" w14:textId="77777777" w:rsidR="00AD7D36" w:rsidRDefault="00717DE8">
            <w:proofErr w:type="spellStart"/>
            <w:r>
              <w:t>Legislação</w:t>
            </w:r>
            <w:proofErr w:type="spellEnd"/>
            <w:r>
              <w:t xml:space="preserve"> Federal</w:t>
            </w:r>
          </w:p>
        </w:tc>
        <w:tc>
          <w:tcPr>
            <w:tcW w:w="2864" w:type="dxa"/>
            <w:shd w:val="clear" w:color="auto" w:fill="EEECE1" w:themeFill="background2"/>
          </w:tcPr>
          <w:p w14:paraId="67D59C2E" w14:textId="77777777" w:rsidR="00AD7D36" w:rsidRDefault="00717DE8">
            <w:proofErr w:type="gramStart"/>
            <w:r>
              <w:t>Leis</w:t>
            </w:r>
            <w:proofErr w:type="gramEnd"/>
            <w:r>
              <w:t xml:space="preserve"> para </w:t>
            </w:r>
            <w:proofErr w:type="spellStart"/>
            <w:r>
              <w:t>Idosos</w:t>
            </w:r>
            <w:proofErr w:type="spellEnd"/>
            <w:r>
              <w:t xml:space="preserve"> / PCD / Jovens Baixa Renda</w:t>
            </w:r>
          </w:p>
        </w:tc>
      </w:tr>
      <w:tr w:rsidR="00AD7D36" w14:paraId="515B5703" w14:textId="77777777" w:rsidTr="00FD1FF9">
        <w:tc>
          <w:tcPr>
            <w:tcW w:w="1267" w:type="dxa"/>
          </w:tcPr>
          <w:p w14:paraId="7EE3EF33" w14:textId="77777777" w:rsidR="00AD7D36" w:rsidRDefault="00717DE8">
            <w:r>
              <w:t>Araçatuba (SP)</w:t>
            </w:r>
          </w:p>
        </w:tc>
        <w:tc>
          <w:tcPr>
            <w:tcW w:w="293" w:type="dxa"/>
          </w:tcPr>
          <w:p w14:paraId="47E03E38" w14:textId="77777777" w:rsidR="00AD7D36" w:rsidRDefault="00717DE8">
            <w:r>
              <w:t xml:space="preserve">Lei nº 4.126/1994 - Meia-entrada para </w:t>
            </w:r>
            <w:proofErr w:type="spellStart"/>
            <w:r>
              <w:t>eventos</w:t>
            </w:r>
            <w:proofErr w:type="spellEnd"/>
            <w:r>
              <w:t xml:space="preserve"> </w:t>
            </w:r>
            <w:proofErr w:type="spellStart"/>
            <w:r>
              <w:t>culturais</w:t>
            </w:r>
            <w:proofErr w:type="spellEnd"/>
            <w:r>
              <w:t xml:space="preserve"> e </w:t>
            </w:r>
            <w:proofErr w:type="spellStart"/>
            <w:r>
              <w:t>esportivos</w:t>
            </w:r>
            <w:proofErr w:type="spellEnd"/>
          </w:p>
          <w:p w14:paraId="095C81C6" w14:textId="0A7618CB" w:rsidR="0029567D" w:rsidRDefault="0029567D">
            <w:r>
              <w:t>Lei nº 7452/2012</w:t>
            </w:r>
            <w:r w:rsidR="001A6AF9">
              <w:t xml:space="preserve"> e 12919/2007</w:t>
            </w:r>
            <w:r>
              <w:t xml:space="preserve"> altera</w:t>
            </w:r>
            <w:r w:rsidR="001A6AF9">
              <w:t xml:space="preserve">m a Lei </w:t>
            </w:r>
            <w:r>
              <w:t xml:space="preserve">6833/2007 Meia entrada para </w:t>
            </w:r>
            <w:proofErr w:type="spellStart"/>
            <w:r>
              <w:t>estudantes</w:t>
            </w:r>
            <w:proofErr w:type="spellEnd"/>
            <w:r>
              <w:t xml:space="preserve">, </w:t>
            </w:r>
            <w:proofErr w:type="spellStart"/>
            <w:r>
              <w:t>professores</w:t>
            </w:r>
            <w:proofErr w:type="spellEnd"/>
            <w:r>
              <w:t xml:space="preserve"> da rede </w:t>
            </w:r>
            <w:proofErr w:type="spellStart"/>
            <w:r>
              <w:t>p</w:t>
            </w:r>
            <w:r w:rsidR="001A6AF9">
              <w:t>ú</w:t>
            </w:r>
            <w:r>
              <w:t>blica</w:t>
            </w:r>
            <w:proofErr w:type="spellEnd"/>
            <w:r>
              <w:t xml:space="preserve"> e particular de </w:t>
            </w:r>
            <w:proofErr w:type="spellStart"/>
            <w:r>
              <w:t>ensino</w:t>
            </w:r>
            <w:proofErr w:type="spellEnd"/>
          </w:p>
        </w:tc>
        <w:tc>
          <w:tcPr>
            <w:tcW w:w="5997" w:type="dxa"/>
          </w:tcPr>
          <w:p w14:paraId="3CEB415A" w14:textId="77777777" w:rsidR="00AD7D36" w:rsidRDefault="00717DE8">
            <w:r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14.729/2012 e nº 15.298/2014 - Meia-entrada para </w:t>
            </w:r>
            <w:proofErr w:type="spellStart"/>
            <w:r>
              <w:t>professores</w:t>
            </w:r>
            <w:proofErr w:type="spellEnd"/>
            <w:r>
              <w:t xml:space="preserve"> e </w:t>
            </w:r>
            <w:proofErr w:type="spellStart"/>
            <w:r>
              <w:t>profissionais</w:t>
            </w:r>
            <w:proofErr w:type="spellEnd"/>
            <w:r>
              <w:t xml:space="preserve"> da </w:t>
            </w:r>
            <w:proofErr w:type="spellStart"/>
            <w:r>
              <w:t>educação</w:t>
            </w:r>
            <w:proofErr w:type="spellEnd"/>
          </w:p>
        </w:tc>
        <w:tc>
          <w:tcPr>
            <w:tcW w:w="1466" w:type="dxa"/>
          </w:tcPr>
          <w:p w14:paraId="2836EAEB" w14:textId="77777777" w:rsidR="00AD7D36" w:rsidRDefault="00717DE8">
            <w:r>
              <w:t xml:space="preserve">Lei Federal nº 12.933/2013 - Estudantes, </w:t>
            </w:r>
            <w:proofErr w:type="spellStart"/>
            <w:r>
              <w:t>idosos</w:t>
            </w:r>
            <w:proofErr w:type="spellEnd"/>
            <w:r>
              <w:t xml:space="preserve">, PCDs, </w:t>
            </w:r>
            <w:proofErr w:type="spellStart"/>
            <w:r>
              <w:t>jovens</w:t>
            </w:r>
            <w:proofErr w:type="spellEnd"/>
            <w:r>
              <w:t xml:space="preserve"> de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</w:p>
        </w:tc>
        <w:tc>
          <w:tcPr>
            <w:tcW w:w="2864" w:type="dxa"/>
          </w:tcPr>
          <w:p w14:paraId="5DDF0F50" w14:textId="665B23B5" w:rsidR="00AD7D36" w:rsidRDefault="00717DE8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 w:rsidR="00AC2639">
              <w:t xml:space="preserve"> </w:t>
            </w:r>
            <w:proofErr w:type="spellStart"/>
            <w:r w:rsidR="00AC2639">
              <w:t>apresentando</w:t>
            </w:r>
            <w:proofErr w:type="spellEnd"/>
            <w:r w:rsidR="00AC2639">
              <w:t xml:space="preserve"> o ID Jovem</w:t>
            </w:r>
            <w:r>
              <w:t>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AD7D36" w14:paraId="65FB4AD5" w14:textId="77777777" w:rsidTr="00FD1FF9">
        <w:tc>
          <w:tcPr>
            <w:tcW w:w="1267" w:type="dxa"/>
          </w:tcPr>
          <w:p w14:paraId="3825FDF5" w14:textId="77777777" w:rsidR="00AD7D36" w:rsidRDefault="00717DE8">
            <w:r>
              <w:t>Bauru (SP)</w:t>
            </w:r>
          </w:p>
        </w:tc>
        <w:tc>
          <w:tcPr>
            <w:tcW w:w="293" w:type="dxa"/>
          </w:tcPr>
          <w:p w14:paraId="2F29531D" w14:textId="77777777" w:rsidR="00AD7D36" w:rsidRDefault="00717DE8">
            <w:r>
              <w:t xml:space="preserve">Lei nº 3.623/1993 - Meia-entrada para </w:t>
            </w:r>
            <w:proofErr w:type="spellStart"/>
            <w:r>
              <w:t>estudantes</w:t>
            </w:r>
            <w:proofErr w:type="spellEnd"/>
          </w:p>
          <w:p w14:paraId="248C811D" w14:textId="7DF0CD16" w:rsidR="001A6AF9" w:rsidRDefault="001A6AF9">
            <w:r>
              <w:t xml:space="preserve">Lei nº 7712/2023 Meia-entrada para </w:t>
            </w:r>
            <w:proofErr w:type="spellStart"/>
            <w:r>
              <w:t>doadores</w:t>
            </w:r>
            <w:proofErr w:type="spellEnd"/>
            <w:r>
              <w:t xml:space="preserve"> de </w:t>
            </w:r>
            <w:proofErr w:type="spellStart"/>
            <w:r>
              <w:t>sangue</w:t>
            </w:r>
            <w:proofErr w:type="spellEnd"/>
            <w:r>
              <w:t xml:space="preserve"> com </w:t>
            </w:r>
            <w:proofErr w:type="spellStart"/>
            <w:r>
              <w:t>comprovação</w:t>
            </w:r>
            <w:proofErr w:type="spellEnd"/>
            <w:r>
              <w:t xml:space="preserve"> de </w:t>
            </w:r>
            <w:proofErr w:type="spellStart"/>
            <w:r>
              <w:t>doação</w:t>
            </w:r>
            <w:proofErr w:type="spellEnd"/>
            <w:r>
              <w:t xml:space="preserve"> de </w:t>
            </w:r>
            <w:proofErr w:type="spellStart"/>
            <w:r>
              <w:t>sangue</w:t>
            </w:r>
            <w:proofErr w:type="spellEnd"/>
            <w:r>
              <w:t xml:space="preserve"> de no </w:t>
            </w:r>
            <w:proofErr w:type="spellStart"/>
            <w:r>
              <w:t>máximo</w:t>
            </w:r>
            <w:proofErr w:type="spellEnd"/>
            <w:r>
              <w:t xml:space="preserve"> 90 </w:t>
            </w:r>
            <w:proofErr w:type="spellStart"/>
            <w:r>
              <w:t>dias</w:t>
            </w:r>
            <w:proofErr w:type="spellEnd"/>
            <w:r>
              <w:t xml:space="preserve"> </w:t>
            </w:r>
            <w:proofErr w:type="spellStart"/>
            <w:r>
              <w:t>homens</w:t>
            </w:r>
            <w:proofErr w:type="spellEnd"/>
            <w:r>
              <w:t xml:space="preserve"> e 120 </w:t>
            </w:r>
            <w:proofErr w:type="spellStart"/>
            <w:r>
              <w:t>dias</w:t>
            </w:r>
            <w:proofErr w:type="spellEnd"/>
            <w:r>
              <w:t xml:space="preserve"> </w:t>
            </w:r>
            <w:proofErr w:type="spellStart"/>
            <w:r>
              <w:t>mulheres</w:t>
            </w:r>
            <w:proofErr w:type="spellEnd"/>
          </w:p>
        </w:tc>
        <w:tc>
          <w:tcPr>
            <w:tcW w:w="5997" w:type="dxa"/>
          </w:tcPr>
          <w:p w14:paraId="3D41F899" w14:textId="77777777" w:rsidR="00AD7D36" w:rsidRDefault="00717DE8">
            <w:r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14.729/2012 e nº 15.298/2014 - Meia-entrada para </w:t>
            </w:r>
            <w:proofErr w:type="spellStart"/>
            <w:r>
              <w:t>professores</w:t>
            </w:r>
            <w:proofErr w:type="spellEnd"/>
            <w:r>
              <w:t xml:space="preserve"> e </w:t>
            </w:r>
            <w:proofErr w:type="spellStart"/>
            <w:r>
              <w:t>profissionais</w:t>
            </w:r>
            <w:proofErr w:type="spellEnd"/>
            <w:r>
              <w:t xml:space="preserve"> da </w:t>
            </w:r>
            <w:proofErr w:type="spellStart"/>
            <w:r>
              <w:t>educação</w:t>
            </w:r>
            <w:proofErr w:type="spellEnd"/>
          </w:p>
        </w:tc>
        <w:tc>
          <w:tcPr>
            <w:tcW w:w="1466" w:type="dxa"/>
          </w:tcPr>
          <w:p w14:paraId="26EACEDD" w14:textId="77777777" w:rsidR="00AD7D36" w:rsidRDefault="00717DE8">
            <w:r>
              <w:t>Lei Federal nº 12.933/2013</w:t>
            </w:r>
          </w:p>
        </w:tc>
        <w:tc>
          <w:tcPr>
            <w:tcW w:w="2864" w:type="dxa"/>
          </w:tcPr>
          <w:p w14:paraId="190EC07D" w14:textId="6337DDF2" w:rsidR="00AD7D36" w:rsidRDefault="00AC2639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AD7D36" w14:paraId="417D1053" w14:textId="77777777" w:rsidTr="00FD1FF9">
        <w:tc>
          <w:tcPr>
            <w:tcW w:w="1267" w:type="dxa"/>
          </w:tcPr>
          <w:p w14:paraId="7472BBE5" w14:textId="77777777" w:rsidR="00AD7D36" w:rsidRDefault="00717DE8">
            <w:r>
              <w:t>Boa Vista (RR)</w:t>
            </w:r>
          </w:p>
        </w:tc>
        <w:tc>
          <w:tcPr>
            <w:tcW w:w="293" w:type="dxa"/>
          </w:tcPr>
          <w:p w14:paraId="31427BF0" w14:textId="61D845EE" w:rsidR="00AD7D36" w:rsidRDefault="00717DE8">
            <w:r>
              <w:t xml:space="preserve">Lei nº 2384/2023 - Meia-entrada para </w:t>
            </w:r>
            <w:proofErr w:type="spellStart"/>
            <w:r>
              <w:t>pessoas</w:t>
            </w:r>
            <w:proofErr w:type="spellEnd"/>
            <w:r>
              <w:t xml:space="preserve"> com </w:t>
            </w:r>
            <w:proofErr w:type="spellStart"/>
            <w:r w:rsidR="007B63AE">
              <w:t>autism</w:t>
            </w:r>
            <w:r w:rsidR="00C56531">
              <w:t>o</w:t>
            </w:r>
            <w:proofErr w:type="spellEnd"/>
            <w:r w:rsidR="007B63AE">
              <w:t>.</w:t>
            </w:r>
          </w:p>
          <w:p w14:paraId="3A33CD4E" w14:textId="3BA78E65" w:rsidR="00717DE8" w:rsidRDefault="00717DE8">
            <w:r>
              <w:t xml:space="preserve">Lei nº 2608/2024 – Meia-entrada para </w:t>
            </w:r>
            <w:proofErr w:type="spellStart"/>
            <w:r>
              <w:t>guardas</w:t>
            </w:r>
            <w:proofErr w:type="spellEnd"/>
            <w:r>
              <w:t xml:space="preserve"> </w:t>
            </w:r>
            <w:proofErr w:type="spellStart"/>
            <w:r>
              <w:t>civis</w:t>
            </w:r>
            <w:proofErr w:type="spellEnd"/>
            <w:r>
              <w:t xml:space="preserve"> </w:t>
            </w:r>
            <w:proofErr w:type="spellStart"/>
            <w:r>
              <w:t>municipais</w:t>
            </w:r>
            <w:proofErr w:type="spellEnd"/>
            <w:r>
              <w:t xml:space="preserve"> e </w:t>
            </w:r>
            <w:proofErr w:type="spellStart"/>
            <w:r>
              <w:t>agentes</w:t>
            </w:r>
            <w:proofErr w:type="spellEnd"/>
            <w:r>
              <w:t xml:space="preserve"> de </w:t>
            </w:r>
            <w:proofErr w:type="spellStart"/>
            <w:r>
              <w:t>trânsito</w:t>
            </w:r>
            <w:proofErr w:type="spellEnd"/>
            <w:r w:rsidR="007B63AE">
              <w:t>.</w:t>
            </w:r>
          </w:p>
          <w:p w14:paraId="709F3D52" w14:textId="260E84F8" w:rsidR="00A953BA" w:rsidRDefault="00A953BA">
            <w:r>
              <w:t xml:space="preserve">Lei n° 1634/2015 – Meia entrada para </w:t>
            </w:r>
            <w:proofErr w:type="spellStart"/>
            <w:r>
              <w:t>professores</w:t>
            </w:r>
            <w:proofErr w:type="spellEnd"/>
            <w:r>
              <w:t xml:space="preserve"> da rede </w:t>
            </w:r>
            <w:proofErr w:type="spellStart"/>
            <w:r>
              <w:t>pública</w:t>
            </w:r>
            <w:proofErr w:type="spellEnd"/>
            <w:r>
              <w:t xml:space="preserve"> municipal</w:t>
            </w:r>
            <w:r w:rsidR="007B63AE">
              <w:t>.</w:t>
            </w:r>
          </w:p>
        </w:tc>
        <w:tc>
          <w:tcPr>
            <w:tcW w:w="5997" w:type="dxa"/>
          </w:tcPr>
          <w:p w14:paraId="67804729" w14:textId="77777777" w:rsidR="001A6DA6" w:rsidRDefault="0024006E">
            <w:r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1984/2024 – Meia entrada para </w:t>
            </w:r>
            <w:proofErr w:type="spellStart"/>
            <w:r>
              <w:t>profissionais</w:t>
            </w:r>
            <w:proofErr w:type="spellEnd"/>
            <w:r>
              <w:t xml:space="preserve"> da </w:t>
            </w:r>
            <w:proofErr w:type="spellStart"/>
            <w:r>
              <w:t>saúde</w:t>
            </w:r>
            <w:proofErr w:type="spellEnd"/>
            <w:r>
              <w:t xml:space="preserve"> </w:t>
            </w:r>
          </w:p>
          <w:p w14:paraId="280059D1" w14:textId="338F4E70" w:rsidR="00AD7D36" w:rsidRDefault="001A6DA6">
            <w:r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1862/2023 – Meia entrada </w:t>
            </w:r>
            <w:proofErr w:type="spellStart"/>
            <w:r>
              <w:t>policiais</w:t>
            </w:r>
            <w:proofErr w:type="spellEnd"/>
            <w:r>
              <w:t xml:space="preserve"> </w:t>
            </w:r>
            <w:proofErr w:type="spellStart"/>
            <w:r>
              <w:t>militares</w:t>
            </w:r>
            <w:proofErr w:type="spellEnd"/>
            <w:r>
              <w:t xml:space="preserve">, </w:t>
            </w:r>
            <w:proofErr w:type="spellStart"/>
            <w:r>
              <w:t>policiais</w:t>
            </w:r>
            <w:proofErr w:type="spellEnd"/>
            <w:r>
              <w:t xml:space="preserve"> </w:t>
            </w:r>
            <w:proofErr w:type="spellStart"/>
            <w:r>
              <w:t>civis</w:t>
            </w:r>
            <w:proofErr w:type="spellEnd"/>
            <w:r>
              <w:t xml:space="preserve">, </w:t>
            </w:r>
            <w:proofErr w:type="spellStart"/>
            <w:r>
              <w:t>bombeiros</w:t>
            </w:r>
            <w:proofErr w:type="spellEnd"/>
            <w:r>
              <w:t xml:space="preserve"> </w:t>
            </w:r>
            <w:proofErr w:type="spellStart"/>
            <w:r>
              <w:t>militares</w:t>
            </w:r>
            <w:proofErr w:type="spellEnd"/>
            <w:r>
              <w:t xml:space="preserve"> e </w:t>
            </w:r>
            <w:proofErr w:type="spellStart"/>
            <w:r>
              <w:t>policiais</w:t>
            </w:r>
            <w:proofErr w:type="spellEnd"/>
            <w:r>
              <w:t xml:space="preserve"> </w:t>
            </w:r>
            <w:proofErr w:type="spellStart"/>
            <w:r>
              <w:t>pena</w:t>
            </w:r>
            <w:r w:rsidR="00394B3B">
              <w:t>igua</w:t>
            </w:r>
            <w:r>
              <w:t>s</w:t>
            </w:r>
            <w:proofErr w:type="spellEnd"/>
          </w:p>
        </w:tc>
        <w:tc>
          <w:tcPr>
            <w:tcW w:w="1466" w:type="dxa"/>
          </w:tcPr>
          <w:p w14:paraId="3082777A" w14:textId="77777777" w:rsidR="00AD7D36" w:rsidRDefault="00717DE8">
            <w:r>
              <w:t>Lei Federal nº 12.933/2013</w:t>
            </w:r>
          </w:p>
        </w:tc>
        <w:tc>
          <w:tcPr>
            <w:tcW w:w="2864" w:type="dxa"/>
          </w:tcPr>
          <w:p w14:paraId="182E40EA" w14:textId="5175D6F5" w:rsidR="00AD7D36" w:rsidRDefault="00AC2639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30540E09" w14:textId="77777777" w:rsidTr="00FD1FF9">
        <w:tc>
          <w:tcPr>
            <w:tcW w:w="1267" w:type="dxa"/>
          </w:tcPr>
          <w:p w14:paraId="06DF32E8" w14:textId="01C8A4F7" w:rsidR="007B63AE" w:rsidRDefault="007B63AE" w:rsidP="007B63AE">
            <w:proofErr w:type="spellStart"/>
            <w:r>
              <w:t>Botucatu</w:t>
            </w:r>
            <w:proofErr w:type="spellEnd"/>
            <w:r>
              <w:t xml:space="preserve"> (SP)</w:t>
            </w:r>
          </w:p>
        </w:tc>
        <w:tc>
          <w:tcPr>
            <w:tcW w:w="293" w:type="dxa"/>
          </w:tcPr>
          <w:p w14:paraId="3BB09BEA" w14:textId="352E89B4" w:rsidR="007B63AE" w:rsidRDefault="007B63AE" w:rsidP="007B63AE">
            <w:r>
              <w:t xml:space="preserve">Lei nº 3176/1992 – Meia-entrada para </w:t>
            </w:r>
            <w:proofErr w:type="spellStart"/>
            <w:r>
              <w:t>estudantes</w:t>
            </w:r>
            <w:proofErr w:type="spellEnd"/>
            <w:r>
              <w:t>.</w:t>
            </w:r>
          </w:p>
        </w:tc>
        <w:tc>
          <w:tcPr>
            <w:tcW w:w="5997" w:type="dxa"/>
          </w:tcPr>
          <w:p w14:paraId="015A399E" w14:textId="4A3E2E88" w:rsidR="007B63AE" w:rsidRDefault="007B63AE" w:rsidP="007B63AE">
            <w:r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14.729/2012 e nº 15.298/2014 - Meia-entrada para </w:t>
            </w:r>
            <w:proofErr w:type="spellStart"/>
            <w:r>
              <w:t>professores</w:t>
            </w:r>
            <w:proofErr w:type="spellEnd"/>
            <w:r>
              <w:t xml:space="preserve"> e </w:t>
            </w:r>
            <w:proofErr w:type="spellStart"/>
            <w:r>
              <w:t>profissionais</w:t>
            </w:r>
            <w:proofErr w:type="spellEnd"/>
            <w:r>
              <w:t xml:space="preserve"> da </w:t>
            </w:r>
            <w:proofErr w:type="spellStart"/>
            <w:r>
              <w:t>educação</w:t>
            </w:r>
            <w:proofErr w:type="spellEnd"/>
          </w:p>
        </w:tc>
        <w:tc>
          <w:tcPr>
            <w:tcW w:w="1466" w:type="dxa"/>
          </w:tcPr>
          <w:p w14:paraId="7D610FE0" w14:textId="3C18C33C" w:rsidR="007B63AE" w:rsidRDefault="007B63AE" w:rsidP="007B63AE">
            <w:r>
              <w:t>Lei Federal nº 12.933/2013</w:t>
            </w:r>
          </w:p>
        </w:tc>
        <w:tc>
          <w:tcPr>
            <w:tcW w:w="2864" w:type="dxa"/>
          </w:tcPr>
          <w:p w14:paraId="0FAB0E66" w14:textId="30C446AD" w:rsidR="007B63AE" w:rsidRDefault="007B63AE" w:rsidP="007B63AE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433420F6" w14:textId="77777777" w:rsidTr="00FD1FF9">
        <w:tc>
          <w:tcPr>
            <w:tcW w:w="1267" w:type="dxa"/>
          </w:tcPr>
          <w:p w14:paraId="75E80648" w14:textId="77777777" w:rsidR="007B63AE" w:rsidRDefault="007B63AE" w:rsidP="007B63AE">
            <w:r>
              <w:t>Cabo Frio (RJ)</w:t>
            </w:r>
          </w:p>
        </w:tc>
        <w:tc>
          <w:tcPr>
            <w:tcW w:w="293" w:type="dxa"/>
          </w:tcPr>
          <w:p w14:paraId="6145F8F5" w14:textId="77777777" w:rsidR="007B63AE" w:rsidRDefault="007B63AE" w:rsidP="007B63AE">
            <w:r>
              <w:t>Lei nº 3.847/2023 - Meia-entrada para PCDs</w:t>
            </w:r>
          </w:p>
        </w:tc>
        <w:tc>
          <w:tcPr>
            <w:tcW w:w="5997" w:type="dxa"/>
          </w:tcPr>
          <w:p w14:paraId="546CB222" w14:textId="7C23CD31" w:rsidR="007B63AE" w:rsidRDefault="007B63AE" w:rsidP="007B63AE">
            <w:r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3.364/2000, nº 10.192/2023 e nº 8.775/2020 - Meia-entrada para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até</w:t>
            </w:r>
            <w:proofErr w:type="spellEnd"/>
            <w:r>
              <w:t xml:space="preserve"> 21 </w:t>
            </w:r>
            <w:proofErr w:type="spellStart"/>
            <w:r>
              <w:t>mediante</w:t>
            </w:r>
            <w:proofErr w:type="spellEnd"/>
            <w:r>
              <w:t xml:space="preserve"> </w:t>
            </w:r>
            <w:proofErr w:type="spellStart"/>
            <w:r>
              <w:t>apresentação</w:t>
            </w:r>
            <w:proofErr w:type="spellEnd"/>
            <w:r>
              <w:t xml:space="preserve"> de RG/CN/Doc. com </w:t>
            </w:r>
            <w:proofErr w:type="spellStart"/>
            <w:r>
              <w:t>foto</w:t>
            </w:r>
            <w:proofErr w:type="spellEnd"/>
            <w:r>
              <w:t xml:space="preserve">, </w:t>
            </w:r>
            <w:proofErr w:type="spellStart"/>
            <w:r>
              <w:t>professores</w:t>
            </w:r>
            <w:proofErr w:type="spellEnd"/>
            <w:r>
              <w:t xml:space="preserve"> e </w:t>
            </w:r>
            <w:proofErr w:type="spellStart"/>
            <w:r>
              <w:t>profissionais</w:t>
            </w:r>
            <w:proofErr w:type="spellEnd"/>
            <w:r>
              <w:t xml:space="preserve"> </w:t>
            </w:r>
            <w:proofErr w:type="spellStart"/>
            <w:r>
              <w:t>aposentados</w:t>
            </w:r>
            <w:proofErr w:type="spellEnd"/>
          </w:p>
        </w:tc>
        <w:tc>
          <w:tcPr>
            <w:tcW w:w="1466" w:type="dxa"/>
          </w:tcPr>
          <w:p w14:paraId="68FAA81A" w14:textId="77777777" w:rsidR="007B63AE" w:rsidRDefault="007B63AE" w:rsidP="007B63AE">
            <w:r>
              <w:t>Lei Federal nº 12.933/2013</w:t>
            </w:r>
          </w:p>
        </w:tc>
        <w:tc>
          <w:tcPr>
            <w:tcW w:w="2864" w:type="dxa"/>
          </w:tcPr>
          <w:p w14:paraId="730FE0E8" w14:textId="74D8343C" w:rsidR="007B63AE" w:rsidRDefault="007B63AE" w:rsidP="007B63AE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33727AFD" w14:textId="77777777" w:rsidTr="00FD1FF9">
        <w:tc>
          <w:tcPr>
            <w:tcW w:w="1267" w:type="dxa"/>
          </w:tcPr>
          <w:p w14:paraId="41E160CC" w14:textId="77777777" w:rsidR="007B63AE" w:rsidRDefault="007B63AE" w:rsidP="007B63AE">
            <w:r>
              <w:t>Campinas (SP)</w:t>
            </w:r>
          </w:p>
        </w:tc>
        <w:tc>
          <w:tcPr>
            <w:tcW w:w="293" w:type="dxa"/>
          </w:tcPr>
          <w:p w14:paraId="45CA2F00" w14:textId="77777777" w:rsidR="007B63AE" w:rsidRDefault="007B63AE" w:rsidP="007B63AE">
            <w:r>
              <w:t xml:space="preserve">Lei nº 13.719/2009 - Meia-entrada para </w:t>
            </w:r>
            <w:proofErr w:type="spellStart"/>
            <w:r>
              <w:t>professores</w:t>
            </w:r>
            <w:proofErr w:type="spellEnd"/>
            <w:r>
              <w:t xml:space="preserve"> da rede municipal </w:t>
            </w:r>
            <w:proofErr w:type="spellStart"/>
            <w:r>
              <w:t>em</w:t>
            </w:r>
            <w:proofErr w:type="spellEnd"/>
            <w:r>
              <w:t xml:space="preserve"> </w:t>
            </w:r>
            <w:proofErr w:type="spellStart"/>
            <w:r>
              <w:t>eventos</w:t>
            </w:r>
            <w:proofErr w:type="spellEnd"/>
            <w:r>
              <w:t xml:space="preserve"> </w:t>
            </w:r>
            <w:proofErr w:type="spellStart"/>
            <w:r>
              <w:t>culturais</w:t>
            </w:r>
            <w:proofErr w:type="spellEnd"/>
            <w:r>
              <w:t xml:space="preserve"> e de </w:t>
            </w:r>
            <w:proofErr w:type="spellStart"/>
            <w:r>
              <w:t>lazer</w:t>
            </w:r>
            <w:proofErr w:type="spellEnd"/>
          </w:p>
          <w:p w14:paraId="1E6CAE45" w14:textId="77777777" w:rsidR="007B63AE" w:rsidRDefault="007B63AE" w:rsidP="007B63AE">
            <w:r>
              <w:t xml:space="preserve">Lei nº 11221/2002 – Meia-entrada para </w:t>
            </w:r>
            <w:proofErr w:type="spellStart"/>
            <w:r>
              <w:t>aposentados</w:t>
            </w:r>
            <w:proofErr w:type="spellEnd"/>
          </w:p>
          <w:p w14:paraId="184E2CF3" w14:textId="1B80509D" w:rsidR="007B63AE" w:rsidRDefault="00B106BF" w:rsidP="00B106BF">
            <w:r>
              <w:t xml:space="preserve">Lei 12002/2004 e 11193/2002 – </w:t>
            </w:r>
            <w:proofErr w:type="spellStart"/>
            <w:r w:rsidR="00E4704D" w:rsidRPr="00E4704D">
              <w:rPr>
                <w:highlight w:val="yellow"/>
              </w:rPr>
              <w:t>Gratuidade</w:t>
            </w:r>
            <w:proofErr w:type="spellEnd"/>
            <w:r w:rsidR="00E4704D" w:rsidRPr="00E4704D">
              <w:rPr>
                <w:highlight w:val="yellow"/>
              </w:rPr>
              <w:t>/</w:t>
            </w:r>
            <w:proofErr w:type="spellStart"/>
            <w:r w:rsidR="00E4704D" w:rsidRPr="00E4704D">
              <w:rPr>
                <w:highlight w:val="yellow"/>
              </w:rPr>
              <w:t>cortesia</w:t>
            </w:r>
            <w:proofErr w:type="spellEnd"/>
            <w:r w:rsidR="00E4704D" w:rsidRPr="00E4704D">
              <w:rPr>
                <w:highlight w:val="yellow"/>
              </w:rPr>
              <w:t>/</w:t>
            </w:r>
            <w:proofErr w:type="spellStart"/>
            <w:r w:rsidR="00E4704D" w:rsidRPr="00E4704D">
              <w:rPr>
                <w:highlight w:val="yellow"/>
              </w:rPr>
              <w:t>isenção</w:t>
            </w:r>
            <w:proofErr w:type="spellEnd"/>
            <w:r w:rsidR="00E4704D">
              <w:t xml:space="preserve"> </w:t>
            </w:r>
            <w:proofErr w:type="spellStart"/>
            <w:r>
              <w:t>aos</w:t>
            </w:r>
            <w:proofErr w:type="spellEnd"/>
            <w:r>
              <w:t xml:space="preserve"> </w:t>
            </w:r>
            <w:proofErr w:type="spellStart"/>
            <w:r>
              <w:t>idosos</w:t>
            </w:r>
            <w:proofErr w:type="spellEnd"/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salas de cinema</w:t>
            </w:r>
          </w:p>
          <w:p w14:paraId="6A547C0B" w14:textId="77777777" w:rsidR="009709AF" w:rsidRDefault="009709AF" w:rsidP="00B106BF"/>
          <w:p w14:paraId="5BF4DB09" w14:textId="77777777" w:rsidR="009709AF" w:rsidRDefault="009709AF" w:rsidP="009709AF">
            <w:proofErr w:type="spellStart"/>
            <w:r w:rsidRPr="00E4704D">
              <w:rPr>
                <w:highlight w:val="yellow"/>
              </w:rPr>
              <w:t>Gratuidade</w:t>
            </w:r>
            <w:proofErr w:type="spellEnd"/>
            <w:r w:rsidRPr="00E4704D">
              <w:rPr>
                <w:highlight w:val="yellow"/>
              </w:rPr>
              <w:t>/</w:t>
            </w:r>
            <w:proofErr w:type="spellStart"/>
            <w:r w:rsidRPr="00E4704D">
              <w:rPr>
                <w:highlight w:val="yellow"/>
              </w:rPr>
              <w:t>cortesia</w:t>
            </w:r>
            <w:proofErr w:type="spellEnd"/>
            <w:r w:rsidRPr="00E4704D">
              <w:rPr>
                <w:highlight w:val="yellow"/>
              </w:rPr>
              <w:t>/</w:t>
            </w:r>
            <w:proofErr w:type="spellStart"/>
            <w:r w:rsidRPr="00E4704D">
              <w:rPr>
                <w:highlight w:val="yellow"/>
              </w:rPr>
              <w:t>isenção</w:t>
            </w:r>
            <w:proofErr w:type="spellEnd"/>
            <w:r>
              <w:t xml:space="preserve"> </w:t>
            </w:r>
            <w:r w:rsidR="00E4704D">
              <w:lastRenderedPageBreak/>
              <w:t>Lei 15.266 de 2016 –</w:t>
            </w:r>
            <w:r>
              <w:t xml:space="preserve"> </w:t>
            </w:r>
            <w:r w:rsidRPr="009709AF">
              <w:t xml:space="preserve">É </w:t>
            </w:r>
            <w:proofErr w:type="spellStart"/>
            <w:r w:rsidRPr="009709AF">
              <w:t>permitido</w:t>
            </w:r>
            <w:proofErr w:type="spellEnd"/>
            <w:r w:rsidRPr="009709AF">
              <w:t xml:space="preserve"> o </w:t>
            </w:r>
            <w:proofErr w:type="spellStart"/>
            <w:r w:rsidRPr="009709AF">
              <w:t>acesso</w:t>
            </w:r>
            <w:proofErr w:type="spellEnd"/>
            <w:r w:rsidRPr="009709AF">
              <w:t xml:space="preserve"> </w:t>
            </w:r>
            <w:proofErr w:type="spellStart"/>
            <w:r w:rsidRPr="009709AF">
              <w:t>gratuito</w:t>
            </w:r>
            <w:proofErr w:type="spellEnd"/>
            <w:r w:rsidRPr="009709AF">
              <w:t xml:space="preserve"> do </w:t>
            </w:r>
            <w:proofErr w:type="spellStart"/>
            <w:r w:rsidRPr="009709AF">
              <w:t>acompanhante</w:t>
            </w:r>
            <w:proofErr w:type="spellEnd"/>
            <w:r w:rsidRPr="009709AF">
              <w:t xml:space="preserve"> de </w:t>
            </w:r>
            <w:proofErr w:type="spellStart"/>
            <w:r w:rsidRPr="009709AF">
              <w:t>pessoas</w:t>
            </w:r>
            <w:proofErr w:type="spellEnd"/>
            <w:r w:rsidRPr="009709AF">
              <w:t xml:space="preserve"> com </w:t>
            </w:r>
            <w:proofErr w:type="spellStart"/>
            <w:r w:rsidRPr="009709AF">
              <w:t>necessidades</w:t>
            </w:r>
            <w:proofErr w:type="spellEnd"/>
            <w:r w:rsidRPr="009709AF">
              <w:t xml:space="preserve"> </w:t>
            </w:r>
            <w:proofErr w:type="spellStart"/>
            <w:r w:rsidRPr="009709AF">
              <w:t>especiais</w:t>
            </w:r>
            <w:proofErr w:type="spellEnd"/>
            <w:r w:rsidRPr="009709AF">
              <w:t>.</w:t>
            </w:r>
          </w:p>
          <w:p w14:paraId="6D048C70" w14:textId="77777777" w:rsidR="002A074A" w:rsidRDefault="002A074A" w:rsidP="009709AF"/>
          <w:p w14:paraId="28C40EFF" w14:textId="77777777" w:rsidR="002A074A" w:rsidRDefault="002A074A" w:rsidP="009709AF">
            <w:r>
              <w:t xml:space="preserve">Obs.: </w:t>
            </w:r>
            <w:proofErr w:type="spellStart"/>
            <w:r>
              <w:t>em</w:t>
            </w:r>
            <w:proofErr w:type="spellEnd"/>
            <w:r>
              <w:t xml:space="preserve"> Campinas </w:t>
            </w:r>
            <w:proofErr w:type="spellStart"/>
            <w:r>
              <w:t>não</w:t>
            </w:r>
            <w:proofErr w:type="spellEnd"/>
            <w:r>
              <w:t xml:space="preserve"> </w:t>
            </w:r>
            <w:proofErr w:type="spellStart"/>
            <w:r>
              <w:t>existe</w:t>
            </w:r>
            <w:proofErr w:type="spellEnd"/>
            <w:r>
              <w:t xml:space="preserve"> lei que </w:t>
            </w:r>
            <w:proofErr w:type="spellStart"/>
            <w:r>
              <w:t>conceda</w:t>
            </w:r>
            <w:proofErr w:type="spellEnd"/>
            <w:r>
              <w:t xml:space="preserve"> </w:t>
            </w:r>
            <w:proofErr w:type="spellStart"/>
            <w:r>
              <w:t>gratuidade</w:t>
            </w:r>
            <w:proofErr w:type="spellEnd"/>
            <w:r>
              <w:t xml:space="preserve"> </w:t>
            </w:r>
            <w:proofErr w:type="spellStart"/>
            <w:r>
              <w:t>ao</w:t>
            </w:r>
            <w:proofErr w:type="spellEnd"/>
            <w:r>
              <w:t xml:space="preserve"> PNE (</w:t>
            </w:r>
            <w:proofErr w:type="spellStart"/>
            <w:r>
              <w:t>só</w:t>
            </w:r>
            <w:proofErr w:type="spellEnd"/>
            <w:r>
              <w:t xml:space="preserve"> </w:t>
            </w:r>
            <w:proofErr w:type="spellStart"/>
            <w:r>
              <w:t>existe</w:t>
            </w:r>
            <w:proofErr w:type="spellEnd"/>
            <w:r>
              <w:t xml:space="preserve"> lei de </w:t>
            </w:r>
            <w:proofErr w:type="spellStart"/>
            <w:r>
              <w:t>gratuidade</w:t>
            </w:r>
            <w:proofErr w:type="spellEnd"/>
            <w:r>
              <w:t xml:space="preserve"> </w:t>
            </w:r>
            <w:proofErr w:type="spellStart"/>
            <w:r>
              <w:t>ao</w:t>
            </w:r>
            <w:proofErr w:type="spellEnd"/>
            <w:r>
              <w:t xml:space="preserve"> </w:t>
            </w:r>
            <w:proofErr w:type="spellStart"/>
            <w:r>
              <w:t>acompanhante</w:t>
            </w:r>
            <w:proofErr w:type="spellEnd"/>
            <w:r>
              <w:t xml:space="preserve">), no </w:t>
            </w:r>
            <w:proofErr w:type="spellStart"/>
            <w:r>
              <w:t>entanto</w:t>
            </w:r>
            <w:proofErr w:type="spellEnd"/>
            <w:r>
              <w:t xml:space="preserve">, a Diretoria </w:t>
            </w:r>
            <w:proofErr w:type="spellStart"/>
            <w:r>
              <w:t>deliberou</w:t>
            </w:r>
            <w:proofErr w:type="spellEnd"/>
            <w:r>
              <w:t xml:space="preserve"> </w:t>
            </w:r>
            <w:proofErr w:type="spellStart"/>
            <w:r>
              <w:t>novamente</w:t>
            </w:r>
            <w:proofErr w:type="spellEnd"/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28.04.2026 e </w:t>
            </w:r>
            <w:proofErr w:type="spellStart"/>
            <w:r>
              <w:t>decidiram</w:t>
            </w:r>
            <w:proofErr w:type="spellEnd"/>
            <w:r>
              <w:t xml:space="preserve"> </w:t>
            </w:r>
            <w:proofErr w:type="spellStart"/>
            <w:r>
              <w:t>manter</w:t>
            </w:r>
            <w:proofErr w:type="spellEnd"/>
            <w:r>
              <w:t xml:space="preserve"> a </w:t>
            </w:r>
            <w:proofErr w:type="spellStart"/>
            <w:r>
              <w:t>gratuidade</w:t>
            </w:r>
            <w:proofErr w:type="spellEnd"/>
            <w:r>
              <w:t xml:space="preserve"> </w:t>
            </w:r>
            <w:proofErr w:type="spellStart"/>
            <w:r>
              <w:t>ao</w:t>
            </w:r>
            <w:proofErr w:type="spellEnd"/>
            <w:r>
              <w:t xml:space="preserve"> PNE.</w:t>
            </w:r>
          </w:p>
          <w:p w14:paraId="7E4B4D5E" w14:textId="7B49D592" w:rsidR="002A074A" w:rsidRDefault="002A074A" w:rsidP="009709AF">
            <w:proofErr w:type="spellStart"/>
            <w:r>
              <w:t>Sendo</w:t>
            </w:r>
            <w:proofErr w:type="spellEnd"/>
            <w:r>
              <w:t xml:space="preserve"> </w:t>
            </w:r>
            <w:proofErr w:type="spellStart"/>
            <w:r>
              <w:t>assim</w:t>
            </w:r>
            <w:proofErr w:type="spellEnd"/>
            <w:r>
              <w:t xml:space="preserve">, </w:t>
            </w:r>
            <w:proofErr w:type="spellStart"/>
            <w:r>
              <w:t>em</w:t>
            </w:r>
            <w:proofErr w:type="spellEnd"/>
            <w:r>
              <w:t xml:space="preserve"> Campinas segue a </w:t>
            </w:r>
            <w:proofErr w:type="spellStart"/>
            <w:r>
              <w:t>regra</w:t>
            </w:r>
            <w:proofErr w:type="spellEnd"/>
            <w:r>
              <w:t xml:space="preserve">: </w:t>
            </w:r>
            <w:r w:rsidRPr="002A074A">
              <w:rPr>
                <w:b/>
                <w:bCs/>
                <w:highlight w:val="yellow"/>
              </w:rPr>
              <w:t>GRATUIDADE AO PNE E SEU ACOMPANHANTE.</w:t>
            </w:r>
          </w:p>
        </w:tc>
        <w:tc>
          <w:tcPr>
            <w:tcW w:w="5997" w:type="dxa"/>
          </w:tcPr>
          <w:p w14:paraId="76527DFE" w14:textId="77777777" w:rsidR="007B63AE" w:rsidRDefault="007B63AE" w:rsidP="007B63AE">
            <w:r>
              <w:lastRenderedPageBreak/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14.729/2012 e nº 15.298/2014 - Meia-entrada para </w:t>
            </w:r>
            <w:proofErr w:type="spellStart"/>
            <w:r>
              <w:t>professores</w:t>
            </w:r>
            <w:proofErr w:type="spellEnd"/>
            <w:r>
              <w:t xml:space="preserve"> e </w:t>
            </w:r>
            <w:proofErr w:type="spellStart"/>
            <w:r>
              <w:t>profissionais</w:t>
            </w:r>
            <w:proofErr w:type="spellEnd"/>
            <w:r>
              <w:t xml:space="preserve"> da </w:t>
            </w:r>
            <w:proofErr w:type="spellStart"/>
            <w:r>
              <w:t>educação</w:t>
            </w:r>
            <w:proofErr w:type="spellEnd"/>
          </w:p>
          <w:p w14:paraId="222742EA" w14:textId="77777777" w:rsidR="00DB3763" w:rsidRDefault="00DB3763" w:rsidP="007B63AE"/>
          <w:p w14:paraId="29E4187E" w14:textId="1D88C7F0" w:rsidR="00DB3763" w:rsidRDefault="00DB3763" w:rsidP="007B63AE"/>
        </w:tc>
        <w:tc>
          <w:tcPr>
            <w:tcW w:w="1466" w:type="dxa"/>
          </w:tcPr>
          <w:p w14:paraId="2E8C71AA" w14:textId="77777777" w:rsidR="007B63AE" w:rsidRDefault="007B63AE" w:rsidP="007B63AE">
            <w:r>
              <w:t>Lei Federal nº 12.933/2013</w:t>
            </w:r>
          </w:p>
        </w:tc>
        <w:tc>
          <w:tcPr>
            <w:tcW w:w="2864" w:type="dxa"/>
          </w:tcPr>
          <w:p w14:paraId="5CF16311" w14:textId="2558D663" w:rsidR="007B63AE" w:rsidRDefault="007B63AE" w:rsidP="007B63AE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71119B6B" w14:textId="77777777" w:rsidTr="00FD1FF9">
        <w:tc>
          <w:tcPr>
            <w:tcW w:w="1267" w:type="dxa"/>
          </w:tcPr>
          <w:p w14:paraId="49E50065" w14:textId="77777777" w:rsidR="007B63AE" w:rsidRDefault="007B63AE" w:rsidP="007B63AE">
            <w:r>
              <w:t xml:space="preserve">Campos dos </w:t>
            </w:r>
            <w:proofErr w:type="spellStart"/>
            <w:r>
              <w:t>Goytacazes</w:t>
            </w:r>
            <w:proofErr w:type="spellEnd"/>
            <w:r>
              <w:t xml:space="preserve"> (RJ)</w:t>
            </w:r>
          </w:p>
        </w:tc>
        <w:tc>
          <w:tcPr>
            <w:tcW w:w="293" w:type="dxa"/>
          </w:tcPr>
          <w:p w14:paraId="714CFD47" w14:textId="77777777" w:rsidR="007B63AE" w:rsidRDefault="007B63AE" w:rsidP="007B63AE">
            <w:r>
              <w:t xml:space="preserve">Lei nº 8.752/2017 - Meia-entrada para </w:t>
            </w:r>
            <w:proofErr w:type="spellStart"/>
            <w:r>
              <w:t>profissionais</w:t>
            </w:r>
            <w:proofErr w:type="spellEnd"/>
            <w:r>
              <w:t xml:space="preserve"> do </w:t>
            </w:r>
            <w:proofErr w:type="spellStart"/>
            <w:r>
              <w:t>magistério</w:t>
            </w:r>
            <w:proofErr w:type="spellEnd"/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</w:t>
            </w:r>
            <w:proofErr w:type="spellStart"/>
            <w:r>
              <w:t>eventos</w:t>
            </w:r>
            <w:proofErr w:type="spellEnd"/>
            <w:r>
              <w:t xml:space="preserve"> </w:t>
            </w:r>
            <w:proofErr w:type="spellStart"/>
            <w:r>
              <w:t>culturais</w:t>
            </w:r>
            <w:proofErr w:type="spellEnd"/>
            <w:r>
              <w:t xml:space="preserve">, </w:t>
            </w:r>
            <w:proofErr w:type="spellStart"/>
            <w:r>
              <w:t>artísticos</w:t>
            </w:r>
            <w:proofErr w:type="spellEnd"/>
            <w:r>
              <w:t xml:space="preserve"> e </w:t>
            </w:r>
            <w:proofErr w:type="spellStart"/>
            <w:r>
              <w:t>esportivos</w:t>
            </w:r>
            <w:proofErr w:type="spellEnd"/>
          </w:p>
        </w:tc>
        <w:tc>
          <w:tcPr>
            <w:tcW w:w="5997" w:type="dxa"/>
          </w:tcPr>
          <w:p w14:paraId="319D7DC9" w14:textId="3BFDFB7D" w:rsidR="007B63AE" w:rsidRDefault="007B63AE" w:rsidP="007B63AE">
            <w:r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3.364/2000, nº 10.192/2023 e nº 8.775/2020 - Meia-entrada para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até</w:t>
            </w:r>
            <w:proofErr w:type="spellEnd"/>
            <w:r>
              <w:t xml:space="preserve"> 21 </w:t>
            </w:r>
            <w:proofErr w:type="spellStart"/>
            <w:r>
              <w:t>mediante</w:t>
            </w:r>
            <w:proofErr w:type="spellEnd"/>
            <w:r>
              <w:t xml:space="preserve"> </w:t>
            </w:r>
            <w:proofErr w:type="spellStart"/>
            <w:r>
              <w:t>apresentação</w:t>
            </w:r>
            <w:proofErr w:type="spellEnd"/>
            <w:r>
              <w:t xml:space="preserve"> de RG/CN/Doc. com </w:t>
            </w:r>
            <w:proofErr w:type="spellStart"/>
            <w:r>
              <w:t>foto</w:t>
            </w:r>
            <w:proofErr w:type="spellEnd"/>
            <w:r>
              <w:t xml:space="preserve">, </w:t>
            </w:r>
            <w:proofErr w:type="spellStart"/>
            <w:r>
              <w:t>professores</w:t>
            </w:r>
            <w:proofErr w:type="spellEnd"/>
            <w:r>
              <w:t xml:space="preserve"> e </w:t>
            </w:r>
            <w:proofErr w:type="spellStart"/>
            <w:r>
              <w:t>profissionais</w:t>
            </w:r>
            <w:proofErr w:type="spellEnd"/>
            <w:r>
              <w:t xml:space="preserve"> </w:t>
            </w:r>
            <w:proofErr w:type="spellStart"/>
            <w:r>
              <w:t>aposentados</w:t>
            </w:r>
            <w:proofErr w:type="spellEnd"/>
          </w:p>
        </w:tc>
        <w:tc>
          <w:tcPr>
            <w:tcW w:w="1466" w:type="dxa"/>
          </w:tcPr>
          <w:p w14:paraId="01EF5E91" w14:textId="77777777" w:rsidR="007B63AE" w:rsidRDefault="007B63AE" w:rsidP="007B63AE">
            <w:r>
              <w:t>Lei Federal nº 12.933/2013</w:t>
            </w:r>
          </w:p>
        </w:tc>
        <w:tc>
          <w:tcPr>
            <w:tcW w:w="2864" w:type="dxa"/>
          </w:tcPr>
          <w:p w14:paraId="570B8C48" w14:textId="5C255FB7" w:rsidR="007B63AE" w:rsidRDefault="007B63AE" w:rsidP="007B63AE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:rsidRPr="006A6725" w14:paraId="72F08453" w14:textId="77777777" w:rsidTr="00FD1FF9">
        <w:trPr>
          <w:trHeight w:val="1351"/>
        </w:trPr>
        <w:tc>
          <w:tcPr>
            <w:tcW w:w="1267" w:type="dxa"/>
          </w:tcPr>
          <w:p w14:paraId="4B8452FA" w14:textId="77777777" w:rsidR="007B63AE" w:rsidRPr="006A6725" w:rsidRDefault="007B63AE" w:rsidP="007B63AE">
            <w:r w:rsidRPr="006A6725">
              <w:t>Cuiabá (MT)</w:t>
            </w:r>
          </w:p>
        </w:tc>
        <w:tc>
          <w:tcPr>
            <w:tcW w:w="293" w:type="dxa"/>
          </w:tcPr>
          <w:p w14:paraId="435C1AA0" w14:textId="69E40BE7" w:rsidR="007B63AE" w:rsidRPr="006A6725" w:rsidRDefault="007B63AE" w:rsidP="007B63AE">
            <w:r w:rsidRPr="006A6725">
              <w:t xml:space="preserve">Lei nº 4.169/2001 </w:t>
            </w:r>
            <w:r w:rsidR="001D00A2">
              <w:t>–</w:t>
            </w:r>
            <w:r w:rsidRPr="006A6725">
              <w:t xml:space="preserve"> </w:t>
            </w:r>
            <w:proofErr w:type="spellStart"/>
            <w:r w:rsidR="001D00A2" w:rsidRPr="001D00A2">
              <w:rPr>
                <w:highlight w:val="yellow"/>
              </w:rPr>
              <w:t>Gratuidade</w:t>
            </w:r>
            <w:proofErr w:type="spellEnd"/>
            <w:r w:rsidR="001D00A2" w:rsidRPr="001D00A2">
              <w:rPr>
                <w:highlight w:val="yellow"/>
              </w:rPr>
              <w:t>/</w:t>
            </w:r>
            <w:proofErr w:type="spellStart"/>
            <w:r w:rsidR="001D00A2" w:rsidRPr="001D00A2">
              <w:rPr>
                <w:highlight w:val="yellow"/>
              </w:rPr>
              <w:t>cortesia</w:t>
            </w:r>
            <w:proofErr w:type="spellEnd"/>
            <w:r w:rsidR="001D00A2" w:rsidRPr="001D00A2">
              <w:rPr>
                <w:highlight w:val="yellow"/>
              </w:rPr>
              <w:t>/</w:t>
            </w:r>
            <w:proofErr w:type="spellStart"/>
            <w:r w:rsidR="001D00A2" w:rsidRPr="001D00A2">
              <w:rPr>
                <w:highlight w:val="yellow"/>
              </w:rPr>
              <w:t>i</w:t>
            </w:r>
            <w:r w:rsidRPr="001D00A2">
              <w:rPr>
                <w:highlight w:val="yellow"/>
              </w:rPr>
              <w:t>senção</w:t>
            </w:r>
            <w:proofErr w:type="spellEnd"/>
            <w:r w:rsidRPr="006A6725">
              <w:t xml:space="preserve"> para </w:t>
            </w:r>
            <w:proofErr w:type="spellStart"/>
            <w:r w:rsidRPr="006A6725">
              <w:t>maiores</w:t>
            </w:r>
            <w:proofErr w:type="spellEnd"/>
            <w:r w:rsidRPr="006A6725">
              <w:t xml:space="preserve"> de 65 </w:t>
            </w:r>
            <w:proofErr w:type="spellStart"/>
            <w:r w:rsidRPr="006A6725">
              <w:t>anos</w:t>
            </w:r>
            <w:proofErr w:type="spellEnd"/>
            <w:r w:rsidRPr="006A6725">
              <w:t xml:space="preserve"> </w:t>
            </w:r>
            <w:proofErr w:type="spellStart"/>
            <w:r w:rsidRPr="006A6725">
              <w:t>em</w:t>
            </w:r>
            <w:proofErr w:type="spellEnd"/>
            <w:r w:rsidRPr="006A6725">
              <w:t xml:space="preserve"> </w:t>
            </w:r>
            <w:proofErr w:type="spellStart"/>
            <w:r w:rsidRPr="006A6725">
              <w:t>eventos</w:t>
            </w:r>
            <w:proofErr w:type="spellEnd"/>
            <w:r w:rsidRPr="006A6725">
              <w:t xml:space="preserve"> </w:t>
            </w:r>
            <w:proofErr w:type="spellStart"/>
            <w:r w:rsidRPr="006A6725">
              <w:t>culturais</w:t>
            </w:r>
            <w:proofErr w:type="spellEnd"/>
            <w:r w:rsidRPr="006A6725">
              <w:t xml:space="preserve"> e </w:t>
            </w:r>
            <w:proofErr w:type="spellStart"/>
            <w:r w:rsidRPr="006A6725">
              <w:t>esportivos</w:t>
            </w:r>
            <w:proofErr w:type="spellEnd"/>
            <w:r w:rsidRPr="006A6725">
              <w:br/>
              <w:t xml:space="preserve">Lei nº 5497/2011 Meia entrada para </w:t>
            </w:r>
            <w:proofErr w:type="spellStart"/>
            <w:r w:rsidRPr="006A6725">
              <w:t>Radialista</w:t>
            </w:r>
            <w:proofErr w:type="spellEnd"/>
            <w:r w:rsidRPr="006A6725">
              <w:t xml:space="preserve"> e </w:t>
            </w:r>
            <w:proofErr w:type="spellStart"/>
            <w:r w:rsidRPr="006A6725">
              <w:t>Jornalista</w:t>
            </w:r>
            <w:proofErr w:type="spellEnd"/>
          </w:p>
          <w:p w14:paraId="5B930248" w14:textId="77777777" w:rsidR="007B63AE" w:rsidRPr="006A6725" w:rsidRDefault="007B63AE" w:rsidP="007B63AE">
            <w:r w:rsidRPr="006A6725">
              <w:t xml:space="preserve">Lei 5275/2009 Meia-entrada para </w:t>
            </w:r>
            <w:proofErr w:type="spellStart"/>
            <w:r w:rsidRPr="006A6725">
              <w:t>professores</w:t>
            </w:r>
            <w:proofErr w:type="spellEnd"/>
            <w:r w:rsidRPr="006A6725">
              <w:t xml:space="preserve"> da rede </w:t>
            </w:r>
            <w:proofErr w:type="spellStart"/>
            <w:r w:rsidRPr="006A6725">
              <w:t>pública</w:t>
            </w:r>
            <w:proofErr w:type="spellEnd"/>
            <w:r w:rsidRPr="006A6725">
              <w:t xml:space="preserve"> de Ensino</w:t>
            </w:r>
          </w:p>
          <w:p w14:paraId="7D52D19A" w14:textId="77777777" w:rsidR="007B63AE" w:rsidRDefault="007B63AE" w:rsidP="007B63AE">
            <w:pPr>
              <w:rPr>
                <w:b/>
                <w:bCs/>
              </w:rPr>
            </w:pPr>
            <w:r w:rsidRPr="006A6725">
              <w:t xml:space="preserve">Lei 4178/2004 – Meia-entrada para </w:t>
            </w:r>
            <w:proofErr w:type="spellStart"/>
            <w:r w:rsidRPr="006A6725">
              <w:t>professores</w:t>
            </w:r>
            <w:proofErr w:type="spellEnd"/>
            <w:r w:rsidRPr="006A6725">
              <w:t xml:space="preserve"> da rede </w:t>
            </w:r>
            <w:proofErr w:type="spellStart"/>
            <w:r w:rsidRPr="006A6725">
              <w:t>pública</w:t>
            </w:r>
            <w:proofErr w:type="spellEnd"/>
            <w:r w:rsidRPr="006A6725">
              <w:t xml:space="preserve"> municipal</w:t>
            </w:r>
            <w:r>
              <w:br/>
              <w:t xml:space="preserve">Lei </w:t>
            </w:r>
            <w:r w:rsidRPr="006A6725">
              <w:t>nº</w:t>
            </w:r>
            <w:r>
              <w:t xml:space="preserve"> 6605/2020 </w:t>
            </w:r>
            <w:proofErr w:type="spellStart"/>
            <w:r>
              <w:t>Decreto</w:t>
            </w:r>
            <w:proofErr w:type="spellEnd"/>
            <w:r>
              <w:t xml:space="preserve"> </w:t>
            </w:r>
            <w:r w:rsidRPr="006A6725">
              <w:t>Municipal nº 10.488</w:t>
            </w:r>
            <w:r>
              <w:t xml:space="preserve">/2024 </w:t>
            </w:r>
            <w:r w:rsidRPr="001D00A2">
              <w:rPr>
                <w:b/>
                <w:bCs/>
                <w:highlight w:val="yellow"/>
              </w:rPr>
              <w:t xml:space="preserve">PCD </w:t>
            </w:r>
            <w:proofErr w:type="spellStart"/>
            <w:r w:rsidRPr="001D00A2">
              <w:rPr>
                <w:b/>
                <w:bCs/>
                <w:highlight w:val="yellow"/>
              </w:rPr>
              <w:t>tem</w:t>
            </w:r>
            <w:proofErr w:type="spellEnd"/>
            <w:r w:rsidRPr="001D00A2">
              <w:rPr>
                <w:b/>
                <w:bCs/>
                <w:highlight w:val="yellow"/>
              </w:rPr>
              <w:t xml:space="preserve"> </w:t>
            </w:r>
            <w:proofErr w:type="spellStart"/>
            <w:r w:rsidR="001D00A2" w:rsidRPr="001D00A2">
              <w:rPr>
                <w:b/>
                <w:bCs/>
                <w:highlight w:val="yellow"/>
              </w:rPr>
              <w:t>gratuidade</w:t>
            </w:r>
            <w:proofErr w:type="spellEnd"/>
            <w:r w:rsidR="001D00A2" w:rsidRPr="001D00A2">
              <w:rPr>
                <w:b/>
                <w:bCs/>
                <w:highlight w:val="yellow"/>
              </w:rPr>
              <w:t>/</w:t>
            </w:r>
            <w:proofErr w:type="spellStart"/>
            <w:r w:rsidR="001D00A2" w:rsidRPr="001D00A2">
              <w:rPr>
                <w:b/>
                <w:bCs/>
                <w:highlight w:val="yellow"/>
              </w:rPr>
              <w:t>cortesia</w:t>
            </w:r>
            <w:proofErr w:type="spellEnd"/>
            <w:r w:rsidR="001D00A2" w:rsidRPr="001D00A2">
              <w:rPr>
                <w:b/>
                <w:bCs/>
                <w:highlight w:val="yellow"/>
              </w:rPr>
              <w:t>/</w:t>
            </w:r>
            <w:proofErr w:type="spellStart"/>
            <w:r w:rsidRPr="001D00A2">
              <w:rPr>
                <w:b/>
                <w:bCs/>
                <w:highlight w:val="yellow"/>
              </w:rPr>
              <w:t>isenção</w:t>
            </w:r>
            <w:proofErr w:type="spellEnd"/>
            <w:r w:rsidRPr="001D00A2">
              <w:rPr>
                <w:b/>
                <w:bCs/>
                <w:highlight w:val="yellow"/>
              </w:rPr>
              <w:t xml:space="preserve"> de </w:t>
            </w:r>
            <w:proofErr w:type="spellStart"/>
            <w:r w:rsidRPr="001D00A2">
              <w:rPr>
                <w:b/>
                <w:bCs/>
                <w:highlight w:val="yellow"/>
              </w:rPr>
              <w:t>pagamento</w:t>
            </w:r>
            <w:proofErr w:type="spellEnd"/>
          </w:p>
          <w:p w14:paraId="4BC39D30" w14:textId="77777777" w:rsidR="00F72C14" w:rsidRDefault="00F72C14" w:rsidP="007B63AE">
            <w:pPr>
              <w:rPr>
                <w:b/>
                <w:bCs/>
              </w:rPr>
            </w:pPr>
          </w:p>
          <w:p w14:paraId="2E702B72" w14:textId="481306E0" w:rsidR="00F72C14" w:rsidRPr="006A6725" w:rsidRDefault="009F77DB" w:rsidP="007B63AE">
            <w:proofErr w:type="spellStart"/>
            <w:r w:rsidRPr="009F77DB">
              <w:rPr>
                <w:highlight w:val="magenta"/>
              </w:rPr>
              <w:t>Confirmando</w:t>
            </w:r>
            <w:proofErr w:type="spellEnd"/>
            <w:r w:rsidRPr="009F77DB">
              <w:rPr>
                <w:highlight w:val="magenta"/>
              </w:rPr>
              <w:t xml:space="preserve">: </w:t>
            </w:r>
            <w:proofErr w:type="spellStart"/>
            <w:r w:rsidRPr="009F77DB">
              <w:rPr>
                <w:highlight w:val="magenta"/>
              </w:rPr>
              <w:t>gratuidade</w:t>
            </w:r>
            <w:proofErr w:type="spellEnd"/>
            <w:r w:rsidRPr="009F77DB">
              <w:rPr>
                <w:highlight w:val="magenta"/>
              </w:rPr>
              <w:t xml:space="preserve"> </w:t>
            </w:r>
            <w:proofErr w:type="spellStart"/>
            <w:r w:rsidRPr="009F77DB">
              <w:rPr>
                <w:highlight w:val="magenta"/>
              </w:rPr>
              <w:t>ao</w:t>
            </w:r>
            <w:proofErr w:type="spellEnd"/>
            <w:r w:rsidRPr="009F77DB">
              <w:rPr>
                <w:highlight w:val="magenta"/>
              </w:rPr>
              <w:t xml:space="preserve"> </w:t>
            </w:r>
            <w:proofErr w:type="spellStart"/>
            <w:r w:rsidRPr="009F77DB">
              <w:rPr>
                <w:highlight w:val="magenta"/>
              </w:rPr>
              <w:t>pne</w:t>
            </w:r>
            <w:proofErr w:type="spellEnd"/>
            <w:r w:rsidRPr="009F77DB">
              <w:rPr>
                <w:highlight w:val="magenta"/>
              </w:rPr>
              <w:t xml:space="preserve"> ok, com </w:t>
            </w:r>
            <w:proofErr w:type="spellStart"/>
            <w:r w:rsidRPr="009F77DB">
              <w:rPr>
                <w:highlight w:val="magenta"/>
              </w:rPr>
              <w:t>possibilidade</w:t>
            </w:r>
            <w:proofErr w:type="spellEnd"/>
            <w:r w:rsidRPr="009F77DB">
              <w:rPr>
                <w:highlight w:val="magenta"/>
              </w:rPr>
              <w:t xml:space="preserve"> de </w:t>
            </w:r>
            <w:proofErr w:type="spellStart"/>
            <w:r w:rsidRPr="009F77DB">
              <w:rPr>
                <w:highlight w:val="magenta"/>
              </w:rPr>
              <w:t>reserva</w:t>
            </w:r>
            <w:proofErr w:type="spellEnd"/>
            <w:r w:rsidRPr="009F77DB">
              <w:rPr>
                <w:highlight w:val="magenta"/>
              </w:rPr>
              <w:t xml:space="preserve"> </w:t>
            </w:r>
            <w:proofErr w:type="spellStart"/>
            <w:r w:rsidRPr="009F77DB">
              <w:rPr>
                <w:highlight w:val="magenta"/>
              </w:rPr>
              <w:t>antecipada</w:t>
            </w:r>
            <w:proofErr w:type="spellEnd"/>
            <w:r w:rsidRPr="009F77DB">
              <w:rPr>
                <w:highlight w:val="magenta"/>
              </w:rPr>
              <w:t xml:space="preserve">, </w:t>
            </w:r>
            <w:proofErr w:type="spellStart"/>
            <w:r w:rsidRPr="009F77DB">
              <w:rPr>
                <w:highlight w:val="magenta"/>
              </w:rPr>
              <w:t>desde</w:t>
            </w:r>
            <w:proofErr w:type="spellEnd"/>
            <w:r w:rsidRPr="009F77DB">
              <w:rPr>
                <w:highlight w:val="magenta"/>
              </w:rPr>
              <w:t xml:space="preserve"> que a </w:t>
            </w:r>
            <w:proofErr w:type="spellStart"/>
            <w:r w:rsidRPr="009F77DB">
              <w:rPr>
                <w:highlight w:val="magenta"/>
              </w:rPr>
              <w:t>retirada</w:t>
            </w:r>
            <w:proofErr w:type="spellEnd"/>
            <w:r w:rsidRPr="009F77DB">
              <w:rPr>
                <w:highlight w:val="magenta"/>
              </w:rPr>
              <w:t xml:space="preserve"> do ingress </w:t>
            </w:r>
            <w:proofErr w:type="spellStart"/>
            <w:r w:rsidRPr="009F77DB">
              <w:rPr>
                <w:highlight w:val="magenta"/>
              </w:rPr>
              <w:t>seja</w:t>
            </w:r>
            <w:proofErr w:type="spellEnd"/>
            <w:r w:rsidRPr="009F77DB">
              <w:rPr>
                <w:highlight w:val="magenta"/>
              </w:rPr>
              <w:t xml:space="preserve"> </w:t>
            </w:r>
            <w:proofErr w:type="spellStart"/>
            <w:r w:rsidRPr="009F77DB">
              <w:rPr>
                <w:highlight w:val="magenta"/>
              </w:rPr>
              <w:t>feita</w:t>
            </w:r>
            <w:proofErr w:type="spellEnd"/>
            <w:r w:rsidRPr="009F77DB">
              <w:rPr>
                <w:highlight w:val="magenta"/>
              </w:rPr>
              <w:t xml:space="preserve"> </w:t>
            </w:r>
            <w:proofErr w:type="spellStart"/>
            <w:r w:rsidRPr="009F77DB">
              <w:rPr>
                <w:highlight w:val="magenta"/>
              </w:rPr>
              <w:t>pessoalmente</w:t>
            </w:r>
            <w:proofErr w:type="spellEnd"/>
            <w:r w:rsidRPr="009F77DB">
              <w:rPr>
                <w:highlight w:val="magenta"/>
              </w:rPr>
              <w:t xml:space="preserve"> no </w:t>
            </w:r>
            <w:proofErr w:type="spellStart"/>
            <w:r w:rsidRPr="009F77DB">
              <w:rPr>
                <w:highlight w:val="magenta"/>
              </w:rPr>
              <w:t>dia</w:t>
            </w:r>
            <w:proofErr w:type="spellEnd"/>
            <w:r w:rsidRPr="009F77DB">
              <w:rPr>
                <w:highlight w:val="magenta"/>
              </w:rPr>
              <w:t xml:space="preserve"> da </w:t>
            </w:r>
            <w:proofErr w:type="spellStart"/>
            <w:r w:rsidRPr="009F77DB">
              <w:rPr>
                <w:highlight w:val="magenta"/>
              </w:rPr>
              <w:t>sessão</w:t>
            </w:r>
            <w:proofErr w:type="spellEnd"/>
            <w:r w:rsidRPr="009F77DB">
              <w:rPr>
                <w:highlight w:val="magenta"/>
              </w:rPr>
              <w:t xml:space="preserve"> com </w:t>
            </w:r>
            <w:proofErr w:type="spellStart"/>
            <w:r w:rsidRPr="009F77DB">
              <w:rPr>
                <w:highlight w:val="magenta"/>
              </w:rPr>
              <w:t>até</w:t>
            </w:r>
            <w:proofErr w:type="spellEnd"/>
            <w:r w:rsidRPr="009F77DB">
              <w:rPr>
                <w:highlight w:val="magenta"/>
              </w:rPr>
              <w:t xml:space="preserve"> 2 horas de </w:t>
            </w:r>
            <w:proofErr w:type="spellStart"/>
            <w:r w:rsidRPr="009F77DB">
              <w:rPr>
                <w:highlight w:val="magenta"/>
              </w:rPr>
              <w:t>antecedência</w:t>
            </w:r>
            <w:proofErr w:type="spellEnd"/>
            <w:r w:rsidRPr="009F77DB">
              <w:rPr>
                <w:highlight w:val="magenta"/>
              </w:rPr>
              <w:t>.</w:t>
            </w:r>
          </w:p>
        </w:tc>
        <w:tc>
          <w:tcPr>
            <w:tcW w:w="5997" w:type="dxa"/>
          </w:tcPr>
          <w:p w14:paraId="203F7A1A" w14:textId="77777777" w:rsidR="007B63AE" w:rsidRPr="006A6725" w:rsidRDefault="007B63AE" w:rsidP="007B63AE">
            <w:proofErr w:type="spellStart"/>
            <w:r w:rsidRPr="006A6725">
              <w:t>Consultar</w:t>
            </w:r>
            <w:proofErr w:type="spellEnd"/>
            <w:r w:rsidRPr="006A6725">
              <w:t xml:space="preserve"> </w:t>
            </w:r>
            <w:proofErr w:type="spellStart"/>
            <w:r w:rsidRPr="006A6725">
              <w:t>legislação</w:t>
            </w:r>
            <w:proofErr w:type="spellEnd"/>
            <w:r w:rsidRPr="006A6725">
              <w:t xml:space="preserve"> </w:t>
            </w:r>
            <w:proofErr w:type="spellStart"/>
            <w:r w:rsidRPr="006A6725">
              <w:t>estadual</w:t>
            </w:r>
            <w:proofErr w:type="spellEnd"/>
            <w:r w:rsidRPr="006A6725">
              <w:t xml:space="preserve"> </w:t>
            </w:r>
            <w:proofErr w:type="spellStart"/>
            <w:r w:rsidRPr="006A6725">
              <w:t>específica</w:t>
            </w:r>
            <w:proofErr w:type="spellEnd"/>
            <w:r w:rsidRPr="006A6725">
              <w:t xml:space="preserve"> (</w:t>
            </w:r>
            <w:proofErr w:type="spellStart"/>
            <w:r w:rsidRPr="006A6725">
              <w:t>não</w:t>
            </w:r>
            <w:proofErr w:type="spellEnd"/>
            <w:r w:rsidRPr="006A6725">
              <w:t xml:space="preserve"> </w:t>
            </w:r>
            <w:proofErr w:type="spellStart"/>
            <w:r w:rsidRPr="006A6725">
              <w:t>encontrada</w:t>
            </w:r>
            <w:proofErr w:type="spellEnd"/>
            <w:r w:rsidRPr="006A6725">
              <w:t xml:space="preserve"> </w:t>
            </w:r>
            <w:proofErr w:type="spellStart"/>
            <w:r w:rsidRPr="006A6725">
              <w:t>explicitamente</w:t>
            </w:r>
            <w:proofErr w:type="spellEnd"/>
            <w:r w:rsidRPr="006A6725">
              <w:t>)</w:t>
            </w:r>
          </w:p>
        </w:tc>
        <w:tc>
          <w:tcPr>
            <w:tcW w:w="1466" w:type="dxa"/>
          </w:tcPr>
          <w:p w14:paraId="3E3BE813" w14:textId="77777777" w:rsidR="007B63AE" w:rsidRPr="006A6725" w:rsidRDefault="007B63AE" w:rsidP="007B63AE">
            <w:r w:rsidRPr="006A6725">
              <w:t>Lei Federal nº 12.933/2013</w:t>
            </w:r>
          </w:p>
        </w:tc>
        <w:tc>
          <w:tcPr>
            <w:tcW w:w="2864" w:type="dxa"/>
          </w:tcPr>
          <w:p w14:paraId="1B42F653" w14:textId="4B0F0A65" w:rsidR="007B63AE" w:rsidRPr="006A6725" w:rsidRDefault="007B63AE" w:rsidP="007B63AE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  <w:r>
              <w:br/>
            </w:r>
            <w:r w:rsidRPr="00B7346D">
              <w:rPr>
                <w:highlight w:val="yellow"/>
              </w:rPr>
              <w:t xml:space="preserve">PCD** </w:t>
            </w:r>
            <w:proofErr w:type="spellStart"/>
            <w:r w:rsidRPr="00B7346D">
              <w:rPr>
                <w:highlight w:val="yellow"/>
              </w:rPr>
              <w:t>tem</w:t>
            </w:r>
            <w:proofErr w:type="spellEnd"/>
            <w:r w:rsidRPr="00B7346D">
              <w:rPr>
                <w:highlight w:val="yellow"/>
              </w:rPr>
              <w:t xml:space="preserve"> </w:t>
            </w:r>
            <w:proofErr w:type="spellStart"/>
            <w:r w:rsidRPr="00B7346D">
              <w:rPr>
                <w:highlight w:val="yellow"/>
              </w:rPr>
              <w:t>gratuitade</w:t>
            </w:r>
            <w:proofErr w:type="spellEnd"/>
            <w:r w:rsidR="00B7346D" w:rsidRPr="00B7346D">
              <w:rPr>
                <w:highlight w:val="yellow"/>
              </w:rPr>
              <w:t>/</w:t>
            </w:r>
            <w:proofErr w:type="spellStart"/>
            <w:r w:rsidR="00B7346D" w:rsidRPr="00B7346D">
              <w:rPr>
                <w:highlight w:val="yellow"/>
              </w:rPr>
              <w:t>cortesia</w:t>
            </w:r>
            <w:proofErr w:type="spellEnd"/>
            <w:r w:rsidR="00B7346D" w:rsidRPr="00B7346D">
              <w:rPr>
                <w:highlight w:val="yellow"/>
              </w:rPr>
              <w:t>/</w:t>
            </w:r>
            <w:proofErr w:type="spellStart"/>
            <w:r w:rsidR="00B7346D" w:rsidRPr="00B7346D">
              <w:rPr>
                <w:highlight w:val="yellow"/>
              </w:rPr>
              <w:t>isenção</w:t>
            </w:r>
            <w:proofErr w:type="spellEnd"/>
            <w:r w:rsidRPr="00B7346D">
              <w:rPr>
                <w:highlight w:val="yellow"/>
              </w:rPr>
              <w:t xml:space="preserve"> </w:t>
            </w:r>
            <w:proofErr w:type="spellStart"/>
            <w:r w:rsidRPr="00B7346D">
              <w:rPr>
                <w:highlight w:val="yellow"/>
              </w:rPr>
              <w:t>em</w:t>
            </w:r>
            <w:proofErr w:type="spellEnd"/>
            <w:r w:rsidRPr="00B7346D">
              <w:rPr>
                <w:highlight w:val="yellow"/>
              </w:rPr>
              <w:t xml:space="preserve"> Cuiabá (</w:t>
            </w:r>
            <w:r w:rsidR="00B7346D" w:rsidRPr="00B7346D">
              <w:rPr>
                <w:highlight w:val="yellow"/>
              </w:rPr>
              <w:t>O</w:t>
            </w:r>
            <w:r w:rsidRPr="00B7346D">
              <w:rPr>
                <w:highlight w:val="yellow"/>
              </w:rPr>
              <w:t xml:space="preserve"> PCD </w:t>
            </w:r>
            <w:r w:rsidR="00B7346D" w:rsidRPr="00B7346D">
              <w:rPr>
                <w:highlight w:val="yellow"/>
              </w:rPr>
              <w:t>e o</w:t>
            </w:r>
            <w:r w:rsidRPr="00B7346D">
              <w:rPr>
                <w:highlight w:val="yellow"/>
              </w:rPr>
              <w:t xml:space="preserve"> </w:t>
            </w:r>
            <w:proofErr w:type="spellStart"/>
            <w:r w:rsidRPr="00B7346D">
              <w:rPr>
                <w:highlight w:val="yellow"/>
              </w:rPr>
              <w:t>acompanhante</w:t>
            </w:r>
            <w:proofErr w:type="spellEnd"/>
            <w:r w:rsidRPr="00B7346D">
              <w:rPr>
                <w:highlight w:val="yellow"/>
              </w:rPr>
              <w:t xml:space="preserve"> </w:t>
            </w:r>
            <w:proofErr w:type="spellStart"/>
            <w:r w:rsidRPr="00B7346D">
              <w:rPr>
                <w:highlight w:val="yellow"/>
              </w:rPr>
              <w:t>possuem</w:t>
            </w:r>
            <w:proofErr w:type="spellEnd"/>
            <w:r w:rsidRPr="00B7346D">
              <w:rPr>
                <w:highlight w:val="yellow"/>
              </w:rPr>
              <w:t xml:space="preserve"> </w:t>
            </w:r>
            <w:proofErr w:type="spellStart"/>
            <w:r w:rsidRPr="00B7346D">
              <w:rPr>
                <w:highlight w:val="yellow"/>
              </w:rPr>
              <w:t>gratuidade</w:t>
            </w:r>
            <w:proofErr w:type="spellEnd"/>
            <w:r w:rsidRPr="00B7346D">
              <w:rPr>
                <w:highlight w:val="yellow"/>
              </w:rPr>
              <w:t>)</w:t>
            </w:r>
            <w:r>
              <w:t xml:space="preserve"> </w:t>
            </w:r>
          </w:p>
        </w:tc>
      </w:tr>
      <w:tr w:rsidR="007B63AE" w14:paraId="52E6AD90" w14:textId="77777777" w:rsidTr="00FD1FF9">
        <w:tc>
          <w:tcPr>
            <w:tcW w:w="1267" w:type="dxa"/>
          </w:tcPr>
          <w:p w14:paraId="10114A82" w14:textId="77777777" w:rsidR="007B63AE" w:rsidRDefault="007B63AE" w:rsidP="007B63AE">
            <w:r>
              <w:t>Dourados (MS)</w:t>
            </w:r>
          </w:p>
        </w:tc>
        <w:tc>
          <w:tcPr>
            <w:tcW w:w="293" w:type="dxa"/>
          </w:tcPr>
          <w:p w14:paraId="02641580" w14:textId="77777777" w:rsidR="007B63AE" w:rsidRDefault="007B63AE" w:rsidP="007B63AE">
            <w:r>
              <w:t xml:space="preserve">Lei nº 5.200/2024 - Meia-entrada para </w:t>
            </w:r>
            <w:proofErr w:type="spellStart"/>
            <w:r>
              <w:t>doadores</w:t>
            </w:r>
            <w:proofErr w:type="spellEnd"/>
            <w:r>
              <w:t xml:space="preserve"> de </w:t>
            </w:r>
            <w:proofErr w:type="spellStart"/>
            <w:r>
              <w:t>sangue</w:t>
            </w:r>
            <w:proofErr w:type="spellEnd"/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</w:t>
            </w:r>
            <w:proofErr w:type="spellStart"/>
            <w:r>
              <w:t>eventos</w:t>
            </w:r>
            <w:proofErr w:type="spellEnd"/>
            <w:r>
              <w:t xml:space="preserve"> </w:t>
            </w:r>
            <w:proofErr w:type="spellStart"/>
            <w:r>
              <w:t>culturais</w:t>
            </w:r>
            <w:proofErr w:type="spellEnd"/>
            <w:r>
              <w:t xml:space="preserve"> e </w:t>
            </w:r>
            <w:proofErr w:type="spellStart"/>
            <w:r>
              <w:t>esportivos</w:t>
            </w:r>
            <w:proofErr w:type="spellEnd"/>
          </w:p>
        </w:tc>
        <w:tc>
          <w:tcPr>
            <w:tcW w:w="5997" w:type="dxa"/>
          </w:tcPr>
          <w:p w14:paraId="549992C9" w14:textId="77777777" w:rsidR="007B63AE" w:rsidRDefault="007B63AE" w:rsidP="007B63AE">
            <w:proofErr w:type="spellStart"/>
            <w:r>
              <w:t>Consultar</w:t>
            </w:r>
            <w:proofErr w:type="spellEnd"/>
            <w:r>
              <w:t xml:space="preserve"> </w:t>
            </w:r>
            <w:proofErr w:type="spellStart"/>
            <w:r>
              <w:t>legislação</w:t>
            </w:r>
            <w:proofErr w:type="spellEnd"/>
            <w:r>
              <w:t xml:space="preserve"> </w:t>
            </w:r>
            <w:proofErr w:type="spellStart"/>
            <w:r>
              <w:t>estadual</w:t>
            </w:r>
            <w:proofErr w:type="spellEnd"/>
            <w:r>
              <w:t xml:space="preserve"> </w:t>
            </w:r>
            <w:proofErr w:type="spellStart"/>
            <w:r>
              <w:t>específica</w:t>
            </w:r>
            <w:proofErr w:type="spellEnd"/>
            <w:r>
              <w:t xml:space="preserve"> (</w:t>
            </w:r>
            <w:proofErr w:type="spellStart"/>
            <w:r>
              <w:t>não</w:t>
            </w:r>
            <w:proofErr w:type="spellEnd"/>
            <w:r>
              <w:t xml:space="preserve"> </w:t>
            </w:r>
            <w:proofErr w:type="spellStart"/>
            <w:r>
              <w:t>encontrada</w:t>
            </w:r>
            <w:proofErr w:type="spellEnd"/>
            <w:r>
              <w:t xml:space="preserve"> </w:t>
            </w:r>
            <w:proofErr w:type="spellStart"/>
            <w:r>
              <w:t>explicitamente</w:t>
            </w:r>
            <w:proofErr w:type="spellEnd"/>
            <w:r>
              <w:t>)</w:t>
            </w:r>
          </w:p>
        </w:tc>
        <w:tc>
          <w:tcPr>
            <w:tcW w:w="1466" w:type="dxa"/>
          </w:tcPr>
          <w:p w14:paraId="22A10735" w14:textId="77777777" w:rsidR="007B63AE" w:rsidRDefault="007B63AE" w:rsidP="007B63AE">
            <w:r>
              <w:t>Lei Federal nº 12.933/2013</w:t>
            </w:r>
          </w:p>
        </w:tc>
        <w:tc>
          <w:tcPr>
            <w:tcW w:w="2864" w:type="dxa"/>
          </w:tcPr>
          <w:p w14:paraId="169E5319" w14:textId="4845162C" w:rsidR="007B63AE" w:rsidRDefault="007B63AE" w:rsidP="007B63AE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3B0BA073" w14:textId="77777777" w:rsidTr="00FD1FF9">
        <w:tc>
          <w:tcPr>
            <w:tcW w:w="1267" w:type="dxa"/>
          </w:tcPr>
          <w:p w14:paraId="769D5217" w14:textId="77777777" w:rsidR="007B63AE" w:rsidRDefault="007B63AE" w:rsidP="007B63AE">
            <w:r>
              <w:t>Duque de Caxias (RJ)</w:t>
            </w:r>
          </w:p>
        </w:tc>
        <w:tc>
          <w:tcPr>
            <w:tcW w:w="293" w:type="dxa"/>
          </w:tcPr>
          <w:p w14:paraId="79A7C9D5" w14:textId="77777777" w:rsidR="007B63AE" w:rsidRDefault="007B63AE" w:rsidP="007B63AE">
            <w:r>
              <w:t xml:space="preserve">Lei nº 1.672/2002 - Meia-entrada para </w:t>
            </w:r>
            <w:proofErr w:type="spellStart"/>
            <w:r>
              <w:t>professores</w:t>
            </w:r>
            <w:proofErr w:type="spellEnd"/>
            <w:r>
              <w:t xml:space="preserve"> da </w:t>
            </w:r>
            <w:r>
              <w:lastRenderedPageBreak/>
              <w:t xml:space="preserve">rede </w:t>
            </w:r>
            <w:proofErr w:type="spellStart"/>
            <w:r>
              <w:t>pública</w:t>
            </w:r>
            <w:proofErr w:type="spellEnd"/>
            <w:r>
              <w:t xml:space="preserve"> municipal </w:t>
            </w:r>
            <w:proofErr w:type="spellStart"/>
            <w:r>
              <w:t>em</w:t>
            </w:r>
            <w:proofErr w:type="spellEnd"/>
            <w:r>
              <w:t xml:space="preserve"> </w:t>
            </w:r>
            <w:proofErr w:type="spellStart"/>
            <w:r>
              <w:t>eventos</w:t>
            </w:r>
            <w:proofErr w:type="spellEnd"/>
            <w:r>
              <w:t xml:space="preserve"> </w:t>
            </w:r>
            <w:proofErr w:type="spellStart"/>
            <w:r>
              <w:t>culturais</w:t>
            </w:r>
            <w:proofErr w:type="spellEnd"/>
            <w:r>
              <w:t xml:space="preserve"> e de </w:t>
            </w:r>
            <w:proofErr w:type="spellStart"/>
            <w:r>
              <w:t>lazer</w:t>
            </w:r>
            <w:proofErr w:type="spellEnd"/>
          </w:p>
          <w:p w14:paraId="0C6321F6" w14:textId="1756F128" w:rsidR="007B63AE" w:rsidRDefault="007B63AE" w:rsidP="007B63AE">
            <w:r>
              <w:t xml:space="preserve">Lei nº 1174/1993 Meia entrada para </w:t>
            </w:r>
            <w:proofErr w:type="spellStart"/>
            <w:r>
              <w:t>estudantes</w:t>
            </w:r>
            <w:proofErr w:type="spellEnd"/>
            <w:r>
              <w:t xml:space="preserve"> </w:t>
            </w:r>
          </w:p>
        </w:tc>
        <w:tc>
          <w:tcPr>
            <w:tcW w:w="5997" w:type="dxa"/>
          </w:tcPr>
          <w:p w14:paraId="521A9988" w14:textId="792398FD" w:rsidR="007B63AE" w:rsidRDefault="007B63AE" w:rsidP="007B63AE">
            <w:r>
              <w:lastRenderedPageBreak/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3.364/2000, nº 10.192/2023 e nº 8.775/2020 </w:t>
            </w:r>
            <w:r>
              <w:lastRenderedPageBreak/>
              <w:t xml:space="preserve">- Meia-entrada para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até</w:t>
            </w:r>
            <w:proofErr w:type="spellEnd"/>
            <w:r>
              <w:t xml:space="preserve"> 21 </w:t>
            </w:r>
            <w:proofErr w:type="spellStart"/>
            <w:r>
              <w:t>mediante</w:t>
            </w:r>
            <w:proofErr w:type="spellEnd"/>
            <w:r>
              <w:t xml:space="preserve"> </w:t>
            </w:r>
            <w:proofErr w:type="spellStart"/>
            <w:r>
              <w:t>apresentação</w:t>
            </w:r>
            <w:proofErr w:type="spellEnd"/>
            <w:r>
              <w:t xml:space="preserve"> de RG/CN/Doc. com </w:t>
            </w:r>
            <w:proofErr w:type="spellStart"/>
            <w:r>
              <w:t>foto</w:t>
            </w:r>
            <w:proofErr w:type="spellEnd"/>
            <w:r>
              <w:t xml:space="preserve">, </w:t>
            </w:r>
            <w:proofErr w:type="spellStart"/>
            <w:r>
              <w:t>professores</w:t>
            </w:r>
            <w:proofErr w:type="spellEnd"/>
            <w:r>
              <w:t xml:space="preserve"> e </w:t>
            </w:r>
            <w:proofErr w:type="spellStart"/>
            <w:r>
              <w:t>profissionais</w:t>
            </w:r>
            <w:proofErr w:type="spellEnd"/>
            <w:r>
              <w:t xml:space="preserve"> </w:t>
            </w:r>
            <w:proofErr w:type="spellStart"/>
            <w:r>
              <w:t>aposentados</w:t>
            </w:r>
            <w:proofErr w:type="spellEnd"/>
          </w:p>
        </w:tc>
        <w:tc>
          <w:tcPr>
            <w:tcW w:w="1466" w:type="dxa"/>
          </w:tcPr>
          <w:p w14:paraId="6180D4F7" w14:textId="77777777" w:rsidR="007B63AE" w:rsidRDefault="007B63AE" w:rsidP="007B63AE">
            <w:r>
              <w:lastRenderedPageBreak/>
              <w:t xml:space="preserve">Lei Federal nº </w:t>
            </w:r>
            <w:r>
              <w:lastRenderedPageBreak/>
              <w:t>12.933/2013</w:t>
            </w:r>
          </w:p>
        </w:tc>
        <w:tc>
          <w:tcPr>
            <w:tcW w:w="2864" w:type="dxa"/>
          </w:tcPr>
          <w:p w14:paraId="2676EA6A" w14:textId="1D706A82" w:rsidR="007B63AE" w:rsidRDefault="007B63AE" w:rsidP="007B63AE">
            <w:r>
              <w:lastRenderedPageBreak/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</w:t>
            </w:r>
            <w:r>
              <w:lastRenderedPageBreak/>
              <w:t xml:space="preserve">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7586714E" w14:textId="77777777" w:rsidTr="00FD1FF9">
        <w:tc>
          <w:tcPr>
            <w:tcW w:w="1267" w:type="dxa"/>
          </w:tcPr>
          <w:p w14:paraId="4817419B" w14:textId="77777777" w:rsidR="007B63AE" w:rsidRDefault="007B63AE" w:rsidP="007B63AE">
            <w:r>
              <w:lastRenderedPageBreak/>
              <w:t>Itu (SP)</w:t>
            </w:r>
          </w:p>
        </w:tc>
        <w:tc>
          <w:tcPr>
            <w:tcW w:w="293" w:type="dxa"/>
          </w:tcPr>
          <w:p w14:paraId="3F3CAB61" w14:textId="77777777" w:rsidR="007B63AE" w:rsidRDefault="007B63AE" w:rsidP="007B63AE">
            <w:r>
              <w:t xml:space="preserve">Lei nº 2.468/2023 - Meia-entrada para </w:t>
            </w:r>
            <w:proofErr w:type="spellStart"/>
            <w:r>
              <w:t>professores</w:t>
            </w:r>
            <w:proofErr w:type="spellEnd"/>
            <w:r>
              <w:t xml:space="preserve"> da rede </w:t>
            </w:r>
            <w:proofErr w:type="spellStart"/>
            <w:r>
              <w:t>pública</w:t>
            </w:r>
            <w:proofErr w:type="spellEnd"/>
            <w:r>
              <w:t xml:space="preserve"> e </w:t>
            </w:r>
            <w:proofErr w:type="spellStart"/>
            <w:r>
              <w:t>privada</w:t>
            </w:r>
            <w:proofErr w:type="spellEnd"/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</w:t>
            </w:r>
            <w:proofErr w:type="spellStart"/>
            <w:r>
              <w:t>eventos</w:t>
            </w:r>
            <w:proofErr w:type="spellEnd"/>
            <w:r>
              <w:t xml:space="preserve"> </w:t>
            </w:r>
            <w:proofErr w:type="spellStart"/>
            <w:r>
              <w:t>culturais</w:t>
            </w:r>
            <w:proofErr w:type="spellEnd"/>
            <w:r>
              <w:t xml:space="preserve"> e de </w:t>
            </w:r>
            <w:proofErr w:type="spellStart"/>
            <w:r>
              <w:t>lazer</w:t>
            </w:r>
            <w:proofErr w:type="spellEnd"/>
          </w:p>
        </w:tc>
        <w:tc>
          <w:tcPr>
            <w:tcW w:w="5997" w:type="dxa"/>
          </w:tcPr>
          <w:p w14:paraId="15877A70" w14:textId="77777777" w:rsidR="007B63AE" w:rsidRDefault="007B63AE" w:rsidP="007B63AE">
            <w:r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14.729/2012 e nº 15.298/2014 - Meia-entrada para </w:t>
            </w:r>
            <w:proofErr w:type="spellStart"/>
            <w:r>
              <w:t>professores</w:t>
            </w:r>
            <w:proofErr w:type="spellEnd"/>
            <w:r>
              <w:t xml:space="preserve"> e </w:t>
            </w:r>
            <w:proofErr w:type="spellStart"/>
            <w:r>
              <w:t>profissionais</w:t>
            </w:r>
            <w:proofErr w:type="spellEnd"/>
            <w:r>
              <w:t xml:space="preserve"> da </w:t>
            </w:r>
            <w:proofErr w:type="spellStart"/>
            <w:r>
              <w:t>educação</w:t>
            </w:r>
            <w:proofErr w:type="spellEnd"/>
          </w:p>
        </w:tc>
        <w:tc>
          <w:tcPr>
            <w:tcW w:w="1466" w:type="dxa"/>
          </w:tcPr>
          <w:p w14:paraId="0970D822" w14:textId="77777777" w:rsidR="007B63AE" w:rsidRDefault="007B63AE" w:rsidP="007B63AE">
            <w:r>
              <w:t>Lei Federal nº 12.933/2013</w:t>
            </w:r>
          </w:p>
        </w:tc>
        <w:tc>
          <w:tcPr>
            <w:tcW w:w="2864" w:type="dxa"/>
          </w:tcPr>
          <w:p w14:paraId="492041BB" w14:textId="7CB2AC81" w:rsidR="007B63AE" w:rsidRDefault="007B63AE" w:rsidP="007B63AE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7D6E1751" w14:textId="77777777" w:rsidTr="00FD1FF9">
        <w:tc>
          <w:tcPr>
            <w:tcW w:w="1267" w:type="dxa"/>
          </w:tcPr>
          <w:p w14:paraId="41B5BD63" w14:textId="77777777" w:rsidR="007B63AE" w:rsidRPr="00E40E85" w:rsidRDefault="007B63AE" w:rsidP="007B63AE">
            <w:pPr>
              <w:rPr>
                <w:strike/>
              </w:rPr>
            </w:pPr>
            <w:r w:rsidRPr="00E40E85">
              <w:rPr>
                <w:strike/>
              </w:rPr>
              <w:t>Jardim Guadalupe (RJ)</w:t>
            </w:r>
          </w:p>
        </w:tc>
        <w:tc>
          <w:tcPr>
            <w:tcW w:w="293" w:type="dxa"/>
          </w:tcPr>
          <w:p w14:paraId="742F6923" w14:textId="21C54023" w:rsidR="007B63AE" w:rsidRPr="00E40E85" w:rsidRDefault="007B63AE" w:rsidP="007B63AE">
            <w:pPr>
              <w:rPr>
                <w:strike/>
              </w:rPr>
            </w:pPr>
            <w:r w:rsidRPr="00E40E85">
              <w:rPr>
                <w:strike/>
              </w:rPr>
              <w:t xml:space="preserve">Lei nº 3424/2002, Meia-entrada para </w:t>
            </w:r>
            <w:proofErr w:type="spellStart"/>
            <w:r w:rsidRPr="00E40E85">
              <w:rPr>
                <w:strike/>
              </w:rPr>
              <w:t>professores</w:t>
            </w:r>
            <w:proofErr w:type="spellEnd"/>
            <w:r w:rsidRPr="00E40E85">
              <w:rPr>
                <w:strike/>
              </w:rPr>
              <w:t xml:space="preserve"> da rede </w:t>
            </w:r>
            <w:proofErr w:type="spellStart"/>
            <w:r w:rsidRPr="00E40E85">
              <w:rPr>
                <w:strike/>
              </w:rPr>
              <w:t>pública</w:t>
            </w:r>
            <w:proofErr w:type="spellEnd"/>
            <w:r w:rsidRPr="00E40E85">
              <w:rPr>
                <w:strike/>
              </w:rPr>
              <w:t xml:space="preserve"> Municipal de Ensino (rede </w:t>
            </w:r>
            <w:proofErr w:type="spellStart"/>
            <w:r w:rsidRPr="00E40E85">
              <w:rPr>
                <w:strike/>
              </w:rPr>
              <w:t>pública</w:t>
            </w:r>
            <w:proofErr w:type="spellEnd"/>
            <w:r w:rsidRPr="00E40E85">
              <w:rPr>
                <w:strike/>
              </w:rPr>
              <w:t xml:space="preserve"> do Estado </w:t>
            </w:r>
            <w:proofErr w:type="spellStart"/>
            <w:r w:rsidRPr="00E40E85">
              <w:rPr>
                <w:strike/>
              </w:rPr>
              <w:t>não</w:t>
            </w:r>
            <w:proofErr w:type="spellEnd"/>
            <w:r w:rsidRPr="00E40E85">
              <w:rPr>
                <w:strike/>
              </w:rPr>
              <w:t xml:space="preserve"> </w:t>
            </w:r>
            <w:proofErr w:type="spellStart"/>
            <w:r w:rsidRPr="00E40E85">
              <w:rPr>
                <w:strike/>
              </w:rPr>
              <w:t>tem</w:t>
            </w:r>
            <w:proofErr w:type="spellEnd"/>
            <w:r w:rsidRPr="00E40E85">
              <w:rPr>
                <w:strike/>
              </w:rPr>
              <w:t xml:space="preserve"> </w:t>
            </w:r>
            <w:proofErr w:type="spellStart"/>
            <w:r w:rsidRPr="00E40E85">
              <w:rPr>
                <w:strike/>
              </w:rPr>
              <w:t>direito</w:t>
            </w:r>
            <w:proofErr w:type="spellEnd"/>
            <w:r w:rsidRPr="00E40E85">
              <w:rPr>
                <w:strike/>
              </w:rPr>
              <w:t xml:space="preserve"> a </w:t>
            </w:r>
            <w:proofErr w:type="spellStart"/>
            <w:r w:rsidRPr="00E40E85">
              <w:rPr>
                <w:strike/>
              </w:rPr>
              <w:t>meia</w:t>
            </w:r>
            <w:proofErr w:type="spellEnd"/>
            <w:r w:rsidRPr="00E40E85">
              <w:rPr>
                <w:strike/>
              </w:rPr>
              <w:t>-entrada)</w:t>
            </w:r>
          </w:p>
        </w:tc>
        <w:tc>
          <w:tcPr>
            <w:tcW w:w="5997" w:type="dxa"/>
          </w:tcPr>
          <w:p w14:paraId="59E14C50" w14:textId="57FD9E47" w:rsidR="007B63AE" w:rsidRPr="00E40E85" w:rsidRDefault="007B63AE" w:rsidP="007B63AE">
            <w:pPr>
              <w:rPr>
                <w:strike/>
              </w:rPr>
            </w:pPr>
            <w:r w:rsidRPr="00E40E85">
              <w:rPr>
                <w:strike/>
              </w:rPr>
              <w:t xml:space="preserve">Lei </w:t>
            </w:r>
            <w:proofErr w:type="spellStart"/>
            <w:r w:rsidRPr="00E40E85">
              <w:rPr>
                <w:strike/>
              </w:rPr>
              <w:t>Estadual</w:t>
            </w:r>
            <w:proofErr w:type="spellEnd"/>
            <w:r w:rsidRPr="00E40E85">
              <w:rPr>
                <w:strike/>
              </w:rPr>
              <w:t xml:space="preserve"> nº 3.364/2000, nº 10.192/2023 e nº 8.775/2020 - Meia-entrada para </w:t>
            </w:r>
            <w:proofErr w:type="spellStart"/>
            <w:r w:rsidRPr="00E40E85">
              <w:rPr>
                <w:strike/>
              </w:rPr>
              <w:t>jovens</w:t>
            </w:r>
            <w:proofErr w:type="spellEnd"/>
            <w:r w:rsidRPr="00E40E85">
              <w:rPr>
                <w:strike/>
              </w:rPr>
              <w:t xml:space="preserve"> </w:t>
            </w:r>
            <w:proofErr w:type="spellStart"/>
            <w:r w:rsidRPr="00E40E85">
              <w:rPr>
                <w:strike/>
              </w:rPr>
              <w:t>até</w:t>
            </w:r>
            <w:proofErr w:type="spellEnd"/>
            <w:r w:rsidRPr="00E40E85">
              <w:rPr>
                <w:strike/>
              </w:rPr>
              <w:t xml:space="preserve"> 21 </w:t>
            </w:r>
            <w:proofErr w:type="spellStart"/>
            <w:r w:rsidRPr="00E40E85">
              <w:rPr>
                <w:strike/>
              </w:rPr>
              <w:t>mediante</w:t>
            </w:r>
            <w:proofErr w:type="spellEnd"/>
            <w:r w:rsidRPr="00E40E85">
              <w:rPr>
                <w:strike/>
              </w:rPr>
              <w:t xml:space="preserve"> </w:t>
            </w:r>
            <w:proofErr w:type="spellStart"/>
            <w:r w:rsidRPr="00E40E85">
              <w:rPr>
                <w:strike/>
              </w:rPr>
              <w:t>apresentação</w:t>
            </w:r>
            <w:proofErr w:type="spellEnd"/>
            <w:r w:rsidRPr="00E40E85">
              <w:rPr>
                <w:strike/>
              </w:rPr>
              <w:t xml:space="preserve"> de RG/CN/Doc. com </w:t>
            </w:r>
            <w:proofErr w:type="spellStart"/>
            <w:r w:rsidRPr="00E40E85">
              <w:rPr>
                <w:strike/>
              </w:rPr>
              <w:t>foto</w:t>
            </w:r>
            <w:proofErr w:type="spellEnd"/>
            <w:r w:rsidRPr="00E40E85">
              <w:rPr>
                <w:strike/>
              </w:rPr>
              <w:t xml:space="preserve">, </w:t>
            </w:r>
            <w:proofErr w:type="spellStart"/>
            <w:r w:rsidRPr="00E40E85">
              <w:rPr>
                <w:strike/>
              </w:rPr>
              <w:t>professores</w:t>
            </w:r>
            <w:proofErr w:type="spellEnd"/>
            <w:r w:rsidRPr="00E40E85">
              <w:rPr>
                <w:strike/>
              </w:rPr>
              <w:t xml:space="preserve"> e </w:t>
            </w:r>
            <w:proofErr w:type="spellStart"/>
            <w:r w:rsidRPr="00E40E85">
              <w:rPr>
                <w:strike/>
              </w:rPr>
              <w:t>profissionais</w:t>
            </w:r>
            <w:proofErr w:type="spellEnd"/>
            <w:r w:rsidRPr="00E40E85">
              <w:rPr>
                <w:strike/>
              </w:rPr>
              <w:t xml:space="preserve"> </w:t>
            </w:r>
            <w:proofErr w:type="spellStart"/>
            <w:r w:rsidRPr="00E40E85">
              <w:rPr>
                <w:strike/>
              </w:rPr>
              <w:t>aposentados</w:t>
            </w:r>
            <w:proofErr w:type="spellEnd"/>
          </w:p>
        </w:tc>
        <w:tc>
          <w:tcPr>
            <w:tcW w:w="1466" w:type="dxa"/>
          </w:tcPr>
          <w:p w14:paraId="333988C8" w14:textId="77777777" w:rsidR="007B63AE" w:rsidRPr="00E40E85" w:rsidRDefault="007B63AE" w:rsidP="007B63AE">
            <w:pPr>
              <w:rPr>
                <w:strike/>
              </w:rPr>
            </w:pPr>
            <w:r w:rsidRPr="00E40E85">
              <w:rPr>
                <w:strike/>
              </w:rPr>
              <w:t>Lei Federal nº 12.933/2013</w:t>
            </w:r>
          </w:p>
        </w:tc>
        <w:tc>
          <w:tcPr>
            <w:tcW w:w="2864" w:type="dxa"/>
          </w:tcPr>
          <w:p w14:paraId="414133D4" w14:textId="6D90C24D" w:rsidR="007B63AE" w:rsidRPr="00E40E85" w:rsidRDefault="007B63AE" w:rsidP="007B63AE">
            <w:pPr>
              <w:rPr>
                <w:strike/>
              </w:rPr>
            </w:pPr>
            <w:r w:rsidRPr="00E40E85">
              <w:rPr>
                <w:strike/>
              </w:rPr>
              <w:t>Lei Federal nº 12.933/2013 (</w:t>
            </w:r>
            <w:r w:rsidR="00AD36ED" w:rsidRPr="00E40E85">
              <w:rPr>
                <w:strike/>
              </w:rPr>
              <w:t xml:space="preserve">Meia entrada - </w:t>
            </w:r>
            <w:proofErr w:type="spellStart"/>
            <w:r w:rsidRPr="00E40E85">
              <w:rPr>
                <w:strike/>
              </w:rPr>
              <w:t>estudantes</w:t>
            </w:r>
            <w:proofErr w:type="spellEnd"/>
            <w:r w:rsidRPr="00E40E85">
              <w:rPr>
                <w:strike/>
              </w:rPr>
              <w:t xml:space="preserve">, PCD, </w:t>
            </w:r>
            <w:proofErr w:type="spellStart"/>
            <w:r w:rsidRPr="00E40E85">
              <w:rPr>
                <w:strike/>
              </w:rPr>
              <w:t>jovens</w:t>
            </w:r>
            <w:proofErr w:type="spellEnd"/>
            <w:r w:rsidRPr="00E40E85">
              <w:rPr>
                <w:strike/>
              </w:rPr>
              <w:t xml:space="preserve"> </w:t>
            </w:r>
            <w:proofErr w:type="spellStart"/>
            <w:r w:rsidRPr="00E40E85">
              <w:rPr>
                <w:strike/>
              </w:rPr>
              <w:t>baixa</w:t>
            </w:r>
            <w:proofErr w:type="spellEnd"/>
            <w:r w:rsidRPr="00E40E85">
              <w:rPr>
                <w:strike/>
              </w:rPr>
              <w:t xml:space="preserve"> </w:t>
            </w:r>
            <w:proofErr w:type="spellStart"/>
            <w:r w:rsidRPr="00E40E85">
              <w:rPr>
                <w:strike/>
              </w:rPr>
              <w:t>renda</w:t>
            </w:r>
            <w:proofErr w:type="spellEnd"/>
            <w:r w:rsidRPr="00E40E85">
              <w:rPr>
                <w:strike/>
              </w:rPr>
              <w:t xml:space="preserve"> </w:t>
            </w:r>
            <w:proofErr w:type="spellStart"/>
            <w:r w:rsidRPr="00E40E85">
              <w:rPr>
                <w:strike/>
              </w:rPr>
              <w:t>apresentando</w:t>
            </w:r>
            <w:proofErr w:type="spellEnd"/>
            <w:r w:rsidRPr="00E40E85">
              <w:rPr>
                <w:strike/>
              </w:rPr>
              <w:t xml:space="preserve"> o ID Jovem)</w:t>
            </w:r>
            <w:r w:rsidRPr="00E40E85">
              <w:rPr>
                <w:strike/>
              </w:rPr>
              <w:br/>
              <w:t>Lei nº 10.741/2003 (</w:t>
            </w:r>
            <w:proofErr w:type="spellStart"/>
            <w:r w:rsidRPr="00E40E85">
              <w:rPr>
                <w:strike/>
              </w:rPr>
              <w:t>idosos</w:t>
            </w:r>
            <w:proofErr w:type="spellEnd"/>
            <w:r w:rsidRPr="00E40E85">
              <w:rPr>
                <w:strike/>
              </w:rPr>
              <w:t>)</w:t>
            </w:r>
          </w:p>
        </w:tc>
      </w:tr>
      <w:tr w:rsidR="007B63AE" w14:paraId="53640CAB" w14:textId="77777777" w:rsidTr="00FD1FF9">
        <w:tc>
          <w:tcPr>
            <w:tcW w:w="1267" w:type="dxa"/>
          </w:tcPr>
          <w:p w14:paraId="03816D53" w14:textId="77777777" w:rsidR="007B63AE" w:rsidRDefault="007B63AE" w:rsidP="007B63AE">
            <w:r>
              <w:t>Londrina (PR)</w:t>
            </w:r>
          </w:p>
        </w:tc>
        <w:tc>
          <w:tcPr>
            <w:tcW w:w="293" w:type="dxa"/>
          </w:tcPr>
          <w:p w14:paraId="4176DF58" w14:textId="77777777" w:rsidR="007B63AE" w:rsidRDefault="007B63AE" w:rsidP="007B63AE">
            <w:r>
              <w:t xml:space="preserve">Lei nº 10.707/2009 - Meia-entrada para </w:t>
            </w:r>
            <w:proofErr w:type="spellStart"/>
            <w:r>
              <w:t>professores</w:t>
            </w:r>
            <w:proofErr w:type="spellEnd"/>
            <w:r>
              <w:t xml:space="preserve"> da rede </w:t>
            </w:r>
            <w:proofErr w:type="spellStart"/>
            <w:r>
              <w:t>pública</w:t>
            </w:r>
            <w:proofErr w:type="spellEnd"/>
            <w:r>
              <w:t xml:space="preserve"> e </w:t>
            </w:r>
            <w:proofErr w:type="spellStart"/>
            <w:r>
              <w:t>privada</w:t>
            </w:r>
            <w:proofErr w:type="spellEnd"/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</w:t>
            </w:r>
            <w:proofErr w:type="spellStart"/>
            <w:r>
              <w:t>eventos</w:t>
            </w:r>
            <w:proofErr w:type="spellEnd"/>
            <w:r>
              <w:t xml:space="preserve"> </w:t>
            </w:r>
            <w:proofErr w:type="spellStart"/>
            <w:r>
              <w:t>culturais</w:t>
            </w:r>
            <w:proofErr w:type="spellEnd"/>
            <w:r>
              <w:t xml:space="preserve"> e de </w:t>
            </w:r>
            <w:proofErr w:type="spellStart"/>
            <w:r>
              <w:t>lazer</w:t>
            </w:r>
            <w:proofErr w:type="spellEnd"/>
            <w:r w:rsidR="005E653F">
              <w:t>.</w:t>
            </w:r>
          </w:p>
          <w:p w14:paraId="5A3FDAC2" w14:textId="77777777" w:rsidR="005E653F" w:rsidRDefault="005E653F" w:rsidP="007B63AE"/>
          <w:p w14:paraId="174BB60A" w14:textId="629A94A1" w:rsidR="005E653F" w:rsidRDefault="00FD1FF9" w:rsidP="007B63AE">
            <w:r>
              <w:t xml:space="preserve">Lei 13964/2002 e Lei n° 22.130/2024 – Meia-entrada para </w:t>
            </w:r>
            <w:proofErr w:type="spellStart"/>
            <w:r>
              <w:t>doadores</w:t>
            </w:r>
            <w:proofErr w:type="spellEnd"/>
            <w:r>
              <w:t xml:space="preserve"> </w:t>
            </w:r>
            <w:proofErr w:type="spellStart"/>
            <w:r>
              <w:t>regulares</w:t>
            </w:r>
            <w:proofErr w:type="spellEnd"/>
            <w:r>
              <w:t xml:space="preserve"> de </w:t>
            </w:r>
            <w:proofErr w:type="spellStart"/>
            <w:r>
              <w:t>sangue</w:t>
            </w:r>
            <w:proofErr w:type="spellEnd"/>
            <w:r>
              <w:t xml:space="preserve"> </w:t>
            </w:r>
            <w:proofErr w:type="spellStart"/>
            <w:r>
              <w:t>registrados</w:t>
            </w:r>
            <w:proofErr w:type="spellEnd"/>
            <w:r>
              <w:t xml:space="preserve"> </w:t>
            </w:r>
            <w:proofErr w:type="spellStart"/>
            <w:r>
              <w:t>nos</w:t>
            </w:r>
            <w:proofErr w:type="spellEnd"/>
            <w:r>
              <w:t xml:space="preserve"> </w:t>
            </w:r>
            <w:proofErr w:type="spellStart"/>
            <w:r>
              <w:t>hemocentros</w:t>
            </w:r>
            <w:proofErr w:type="spellEnd"/>
            <w:r>
              <w:t xml:space="preserve"> e banco de </w:t>
            </w:r>
            <w:proofErr w:type="spellStart"/>
            <w:r>
              <w:t>sangue</w:t>
            </w:r>
            <w:proofErr w:type="spellEnd"/>
            <w:r>
              <w:t xml:space="preserve"> dos </w:t>
            </w:r>
            <w:proofErr w:type="spellStart"/>
            <w:r>
              <w:t>hospitais</w:t>
            </w:r>
            <w:proofErr w:type="spellEnd"/>
            <w:r>
              <w:t xml:space="preserve"> do Paraná. Meia entrada para </w:t>
            </w:r>
            <w:proofErr w:type="spellStart"/>
            <w:r>
              <w:t>doadores</w:t>
            </w:r>
            <w:proofErr w:type="spellEnd"/>
            <w:r>
              <w:t xml:space="preserve"> de um dos </w:t>
            </w:r>
            <w:proofErr w:type="spellStart"/>
            <w:r>
              <w:t>rins</w:t>
            </w:r>
            <w:proofErr w:type="spellEnd"/>
            <w:r>
              <w:t xml:space="preserve"> e </w:t>
            </w:r>
            <w:proofErr w:type="spellStart"/>
            <w:r>
              <w:t>doadores</w:t>
            </w:r>
            <w:proofErr w:type="spellEnd"/>
            <w:r>
              <w:t xml:space="preserve"> de </w:t>
            </w:r>
            <w:proofErr w:type="spellStart"/>
            <w:r>
              <w:t>parte</w:t>
            </w:r>
            <w:proofErr w:type="spellEnd"/>
            <w:r>
              <w:t xml:space="preserve"> </w:t>
            </w:r>
            <w:proofErr w:type="gramStart"/>
            <w:r>
              <w:t>do</w:t>
            </w:r>
            <w:proofErr w:type="gramEnd"/>
            <w:r>
              <w:t xml:space="preserve"> </w:t>
            </w:r>
            <w:proofErr w:type="spellStart"/>
            <w:r>
              <w:t>pulmão</w:t>
            </w:r>
            <w:proofErr w:type="spellEnd"/>
            <w:r>
              <w:t xml:space="preserve">, do </w:t>
            </w:r>
            <w:proofErr w:type="spellStart"/>
            <w:r>
              <w:t>fígado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da </w:t>
            </w:r>
            <w:proofErr w:type="spellStart"/>
            <w:r>
              <w:t>medula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óssea</w:t>
            </w:r>
            <w:proofErr w:type="spellEnd"/>
            <w:r>
              <w:t>.</w:t>
            </w:r>
            <w:r w:rsidR="005E653F">
              <w:t>.</w:t>
            </w:r>
            <w:proofErr w:type="gramEnd"/>
          </w:p>
        </w:tc>
        <w:tc>
          <w:tcPr>
            <w:tcW w:w="5997" w:type="dxa"/>
          </w:tcPr>
          <w:p w14:paraId="1ED5A911" w14:textId="77777777" w:rsidR="007B63AE" w:rsidRDefault="007B63AE" w:rsidP="007B63AE">
            <w:r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22235/2024 – Meia-entrada para </w:t>
            </w:r>
            <w:proofErr w:type="spellStart"/>
            <w:r>
              <w:t>profissionais</w:t>
            </w:r>
            <w:proofErr w:type="spellEnd"/>
            <w:r>
              <w:t xml:space="preserve"> da </w:t>
            </w:r>
            <w:r w:rsidR="00762CFE">
              <w:t>saude.</w:t>
            </w:r>
          </w:p>
          <w:p w14:paraId="3F2B79D9" w14:textId="77777777" w:rsidR="00762CFE" w:rsidRDefault="00762CFE" w:rsidP="007B63AE"/>
          <w:p w14:paraId="4826C39B" w14:textId="77777777" w:rsidR="00762CFE" w:rsidRPr="00762CFE" w:rsidRDefault="00762CFE" w:rsidP="00762CFE">
            <w:pPr>
              <w:rPr>
                <w:lang w:val="pt-BR"/>
              </w:rPr>
            </w:pPr>
            <w:r w:rsidRPr="00762CFE">
              <w:rPr>
                <w:lang w:val="pt-BR"/>
              </w:rPr>
              <w:t xml:space="preserve">No Estado do Paraná, pessoas em </w:t>
            </w:r>
            <w:r w:rsidRPr="00762CFE">
              <w:rPr>
                <w:b/>
                <w:bCs/>
                <w:lang w:val="pt-BR"/>
              </w:rPr>
              <w:t>tratamento oncológico (câncer)</w:t>
            </w:r>
            <w:r w:rsidRPr="00762CFE">
              <w:rPr>
                <w:lang w:val="pt-BR"/>
              </w:rPr>
              <w:t xml:space="preserve"> têm direito à meia-entrada em eventos culturais, esportivos e de lazer, como cinemas, teatros e shows.</w:t>
            </w:r>
          </w:p>
          <w:p w14:paraId="70A25EFE" w14:textId="77777777" w:rsidR="005E653F" w:rsidRDefault="00762CFE" w:rsidP="005E653F">
            <w:pPr>
              <w:rPr>
                <w:lang w:val="pt-BR"/>
              </w:rPr>
            </w:pPr>
            <w:r w:rsidRPr="00762CFE">
              <w:rPr>
                <w:lang w:val="pt-BR"/>
              </w:rPr>
              <w:t>Esse direito é garantido pela Lei Estadual nº 18.445/2015, que assegura o benefício aos portadores de neoplasia maligna. Para utilização, é necessário apresentar um documento médico que comprove o tratamento, como atestado com CID da doença, além de documento de identificação com foto.</w:t>
            </w:r>
          </w:p>
          <w:p w14:paraId="010D8229" w14:textId="77777777" w:rsidR="00FD1FF9" w:rsidRDefault="00FD1FF9" w:rsidP="005E653F">
            <w:pPr>
              <w:rPr>
                <w:lang w:val="pt-BR"/>
              </w:rPr>
            </w:pPr>
          </w:p>
          <w:p w14:paraId="4E93498A" w14:textId="7E47010F" w:rsidR="00FD1FF9" w:rsidRPr="005E653F" w:rsidRDefault="00FD1FF9" w:rsidP="005E653F">
            <w:pPr>
              <w:rPr>
                <w:lang w:val="pt-BR"/>
              </w:rPr>
            </w:pPr>
            <w:r>
              <w:t xml:space="preserve">Meia entrada para </w:t>
            </w:r>
            <w:proofErr w:type="spellStart"/>
            <w:r>
              <w:t>doadores</w:t>
            </w:r>
            <w:proofErr w:type="spellEnd"/>
            <w:r>
              <w:t xml:space="preserve"> de </w:t>
            </w:r>
            <w:proofErr w:type="spellStart"/>
            <w:r>
              <w:t>sangue</w:t>
            </w:r>
            <w:proofErr w:type="spellEnd"/>
            <w:r>
              <w:t xml:space="preserve"> Lei nº 22.130/2024.</w:t>
            </w:r>
          </w:p>
        </w:tc>
        <w:tc>
          <w:tcPr>
            <w:tcW w:w="1466" w:type="dxa"/>
          </w:tcPr>
          <w:p w14:paraId="03791DE9" w14:textId="77777777" w:rsidR="007B63AE" w:rsidRDefault="007B63AE" w:rsidP="007B63AE">
            <w:r>
              <w:t>Lei Federal nº 12.933/2013</w:t>
            </w:r>
          </w:p>
        </w:tc>
        <w:tc>
          <w:tcPr>
            <w:tcW w:w="2864" w:type="dxa"/>
          </w:tcPr>
          <w:p w14:paraId="587D20E6" w14:textId="657B0479" w:rsidR="007B63AE" w:rsidRDefault="007B63AE" w:rsidP="007B63AE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6BB4C333" w14:textId="77777777" w:rsidTr="00FD1FF9">
        <w:tc>
          <w:tcPr>
            <w:tcW w:w="1267" w:type="dxa"/>
          </w:tcPr>
          <w:p w14:paraId="4046D24A" w14:textId="77777777" w:rsidR="007B63AE" w:rsidRDefault="007B63AE" w:rsidP="007B63AE">
            <w:r>
              <w:t>Manaus (AM)</w:t>
            </w:r>
          </w:p>
        </w:tc>
        <w:tc>
          <w:tcPr>
            <w:tcW w:w="293" w:type="dxa"/>
          </w:tcPr>
          <w:p w14:paraId="5BC568F9" w14:textId="77777777" w:rsidR="00A216FE" w:rsidRDefault="007B63AE" w:rsidP="00602F22">
            <w:r>
              <w:t xml:space="preserve">Lei nº 362/1996 - Meia-entrada para </w:t>
            </w:r>
            <w:proofErr w:type="spellStart"/>
            <w:r>
              <w:t>estudantes</w:t>
            </w:r>
            <w:proofErr w:type="spellEnd"/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</w:t>
            </w:r>
            <w:proofErr w:type="spellStart"/>
            <w:r>
              <w:t>eventos</w:t>
            </w:r>
            <w:proofErr w:type="spellEnd"/>
            <w:r>
              <w:t xml:space="preserve"> </w:t>
            </w:r>
            <w:proofErr w:type="spellStart"/>
            <w:r>
              <w:t>culturais</w:t>
            </w:r>
            <w:proofErr w:type="spellEnd"/>
            <w:r>
              <w:t xml:space="preserve">, </w:t>
            </w:r>
            <w:proofErr w:type="spellStart"/>
            <w:r>
              <w:t>artísticos</w:t>
            </w:r>
            <w:proofErr w:type="spellEnd"/>
            <w:r>
              <w:t xml:space="preserve"> e </w:t>
            </w:r>
            <w:proofErr w:type="spellStart"/>
            <w:r>
              <w:t>esportivos</w:t>
            </w:r>
            <w:proofErr w:type="spellEnd"/>
            <w:r>
              <w:br/>
              <w:t xml:space="preserve">Lei nº 1546/2011 Meia-entrada para </w:t>
            </w:r>
            <w:proofErr w:type="spellStart"/>
            <w:r>
              <w:t>doadores</w:t>
            </w:r>
            <w:proofErr w:type="spellEnd"/>
            <w:r>
              <w:t xml:space="preserve"> de </w:t>
            </w:r>
            <w:proofErr w:type="spellStart"/>
            <w:r>
              <w:t>sangue</w:t>
            </w:r>
            <w:proofErr w:type="spellEnd"/>
            <w:r w:rsidR="00A216FE">
              <w:t>.</w:t>
            </w:r>
          </w:p>
          <w:p w14:paraId="77FE365F" w14:textId="3B0D3DC5" w:rsidR="00E4704D" w:rsidRDefault="00E4704D" w:rsidP="00E4704D"/>
        </w:tc>
        <w:tc>
          <w:tcPr>
            <w:tcW w:w="5997" w:type="dxa"/>
          </w:tcPr>
          <w:p w14:paraId="7C364ABB" w14:textId="77777777" w:rsidR="00E4704D" w:rsidRDefault="007B63AE" w:rsidP="007B63AE">
            <w:proofErr w:type="spellStart"/>
            <w:r>
              <w:t>Consultar</w:t>
            </w:r>
            <w:proofErr w:type="spellEnd"/>
            <w:r>
              <w:t xml:space="preserve"> </w:t>
            </w:r>
            <w:proofErr w:type="spellStart"/>
            <w:r>
              <w:t>legislação</w:t>
            </w:r>
            <w:proofErr w:type="spellEnd"/>
            <w:r>
              <w:t xml:space="preserve"> </w:t>
            </w:r>
            <w:proofErr w:type="spellStart"/>
            <w:r>
              <w:t>estadual</w:t>
            </w:r>
            <w:proofErr w:type="spellEnd"/>
            <w:r>
              <w:t xml:space="preserve"> </w:t>
            </w:r>
            <w:proofErr w:type="spellStart"/>
            <w:r>
              <w:t>específica</w:t>
            </w:r>
            <w:proofErr w:type="spellEnd"/>
            <w:r>
              <w:t xml:space="preserve"> (</w:t>
            </w:r>
            <w:proofErr w:type="spellStart"/>
            <w:r>
              <w:t>não</w:t>
            </w:r>
            <w:proofErr w:type="spellEnd"/>
            <w:r>
              <w:t xml:space="preserve"> </w:t>
            </w:r>
            <w:proofErr w:type="spellStart"/>
            <w:r>
              <w:t>encontrada</w:t>
            </w:r>
            <w:proofErr w:type="spellEnd"/>
            <w:r>
              <w:t xml:space="preserve"> </w:t>
            </w:r>
            <w:proofErr w:type="spellStart"/>
            <w:r>
              <w:t>explicitamente</w:t>
            </w:r>
            <w:proofErr w:type="spellEnd"/>
            <w:r>
              <w:t>)</w:t>
            </w:r>
            <w:r w:rsidR="00E4704D">
              <w:t>.</w:t>
            </w:r>
          </w:p>
          <w:p w14:paraId="4037DE1C" w14:textId="77777777" w:rsidR="00E4704D" w:rsidRDefault="00E4704D" w:rsidP="007B63AE">
            <w:pPr>
              <w:rPr>
                <w:highlight w:val="yellow"/>
              </w:rPr>
            </w:pPr>
          </w:p>
          <w:p w14:paraId="6E78E461" w14:textId="2C669632" w:rsidR="00DB3763" w:rsidRPr="00DB3763" w:rsidRDefault="00E4704D" w:rsidP="007B63AE">
            <w:pPr>
              <w:rPr>
                <w:b/>
                <w:bCs/>
                <w:strike/>
              </w:rPr>
            </w:pPr>
            <w:r w:rsidRPr="00DB3763">
              <w:rPr>
                <w:b/>
                <w:bCs/>
                <w:highlight w:val="yellow"/>
              </w:rPr>
              <w:t xml:space="preserve">Lei n°7.155/2024 e n°241/2015 </w:t>
            </w:r>
            <w:proofErr w:type="spellStart"/>
            <w:r w:rsidRPr="00DB3763">
              <w:rPr>
                <w:b/>
                <w:bCs/>
                <w:highlight w:val="yellow"/>
              </w:rPr>
              <w:t>Gratuidade</w:t>
            </w:r>
            <w:proofErr w:type="spellEnd"/>
            <w:r w:rsidRPr="00DB3763">
              <w:rPr>
                <w:b/>
                <w:bCs/>
                <w:highlight w:val="yellow"/>
              </w:rPr>
              <w:t>/</w:t>
            </w:r>
            <w:proofErr w:type="spellStart"/>
            <w:r w:rsidRPr="00DB3763">
              <w:rPr>
                <w:b/>
                <w:bCs/>
                <w:highlight w:val="yellow"/>
              </w:rPr>
              <w:t>cortesia</w:t>
            </w:r>
            <w:proofErr w:type="spellEnd"/>
            <w:r w:rsidRPr="00DB3763">
              <w:rPr>
                <w:b/>
                <w:bCs/>
                <w:highlight w:val="yellow"/>
              </w:rPr>
              <w:t>/</w:t>
            </w:r>
            <w:proofErr w:type="spellStart"/>
            <w:r w:rsidRPr="00DB3763">
              <w:rPr>
                <w:b/>
                <w:bCs/>
                <w:highlight w:val="yellow"/>
              </w:rPr>
              <w:t>isenção</w:t>
            </w:r>
            <w:proofErr w:type="spellEnd"/>
            <w:r>
              <w:t xml:space="preserve"> </w:t>
            </w:r>
            <w:proofErr w:type="spellStart"/>
            <w:r w:rsidRPr="00964902">
              <w:rPr>
                <w:b/>
                <w:bCs/>
              </w:rPr>
              <w:t>ao</w:t>
            </w:r>
            <w:proofErr w:type="spellEnd"/>
            <w:r w:rsidRPr="00964902">
              <w:rPr>
                <w:b/>
                <w:bCs/>
              </w:rPr>
              <w:t xml:space="preserve"> PNE e </w:t>
            </w:r>
            <w:proofErr w:type="spellStart"/>
            <w:r w:rsidRPr="00964902">
              <w:rPr>
                <w:b/>
                <w:bCs/>
              </w:rPr>
              <w:t>meia</w:t>
            </w:r>
            <w:proofErr w:type="spellEnd"/>
            <w:r w:rsidRPr="00964902">
              <w:rPr>
                <w:b/>
                <w:bCs/>
              </w:rPr>
              <w:t xml:space="preserve">-entrada </w:t>
            </w:r>
            <w:proofErr w:type="spellStart"/>
            <w:r w:rsidRPr="00964902">
              <w:rPr>
                <w:b/>
                <w:bCs/>
              </w:rPr>
              <w:t>ao</w:t>
            </w:r>
            <w:proofErr w:type="spellEnd"/>
            <w:r w:rsidRPr="00964902">
              <w:rPr>
                <w:b/>
                <w:bCs/>
              </w:rPr>
              <w:t xml:space="preserve"> </w:t>
            </w:r>
            <w:proofErr w:type="spellStart"/>
            <w:r w:rsidRPr="00964902">
              <w:rPr>
                <w:b/>
                <w:bCs/>
              </w:rPr>
              <w:t>acompanhante</w:t>
            </w:r>
            <w:proofErr w:type="spellEnd"/>
            <w:r w:rsidRPr="00964902">
              <w:rPr>
                <w:b/>
                <w:bCs/>
              </w:rPr>
              <w:t>.</w:t>
            </w:r>
          </w:p>
        </w:tc>
        <w:tc>
          <w:tcPr>
            <w:tcW w:w="1466" w:type="dxa"/>
          </w:tcPr>
          <w:p w14:paraId="2EDE3F78" w14:textId="77777777" w:rsidR="007B63AE" w:rsidRDefault="007B63AE" w:rsidP="007B63AE">
            <w:r>
              <w:t>Lei Federal nº 12.933/2013</w:t>
            </w:r>
          </w:p>
        </w:tc>
        <w:tc>
          <w:tcPr>
            <w:tcW w:w="2864" w:type="dxa"/>
          </w:tcPr>
          <w:p w14:paraId="1F35BD88" w14:textId="3B678394" w:rsidR="007B63AE" w:rsidRDefault="007B63AE" w:rsidP="007B63AE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75FFCDF2" w14:textId="77777777" w:rsidTr="00FD1FF9">
        <w:tc>
          <w:tcPr>
            <w:tcW w:w="1267" w:type="dxa"/>
          </w:tcPr>
          <w:p w14:paraId="10B16F98" w14:textId="77777777" w:rsidR="007B63AE" w:rsidRDefault="007B63AE" w:rsidP="007B63AE">
            <w:r>
              <w:t>Maringá (PR)</w:t>
            </w:r>
          </w:p>
        </w:tc>
        <w:tc>
          <w:tcPr>
            <w:tcW w:w="293" w:type="dxa"/>
          </w:tcPr>
          <w:p w14:paraId="51E56304" w14:textId="77777777" w:rsidR="007B63AE" w:rsidRDefault="007B63AE" w:rsidP="007B63AE">
            <w:r>
              <w:t xml:space="preserve">Lei nº 10.695/2018 - Meia-entrada para </w:t>
            </w:r>
            <w:proofErr w:type="spellStart"/>
            <w:r>
              <w:t>estudantes</w:t>
            </w:r>
            <w:proofErr w:type="spellEnd"/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casas de </w:t>
            </w:r>
            <w:proofErr w:type="spellStart"/>
            <w:r>
              <w:t>espetáculos</w:t>
            </w:r>
            <w:proofErr w:type="spellEnd"/>
            <w:r>
              <w:t xml:space="preserve"> e </w:t>
            </w:r>
            <w:proofErr w:type="spellStart"/>
            <w:r>
              <w:t>praças</w:t>
            </w:r>
            <w:proofErr w:type="spellEnd"/>
            <w:r>
              <w:t xml:space="preserve"> </w:t>
            </w:r>
            <w:proofErr w:type="spellStart"/>
            <w:r>
              <w:t>esportivas</w:t>
            </w:r>
            <w:proofErr w:type="spellEnd"/>
            <w:r w:rsidR="00B3001D">
              <w:t>.</w:t>
            </w:r>
          </w:p>
          <w:p w14:paraId="67DA466C" w14:textId="77777777" w:rsidR="00FD1FF9" w:rsidRDefault="00FD1FF9" w:rsidP="007B63AE"/>
          <w:p w14:paraId="3CEFB75F" w14:textId="77777777" w:rsidR="00B3001D" w:rsidRDefault="00B3001D" w:rsidP="007B63AE">
            <w:r>
              <w:t xml:space="preserve">Lei 13964/2002 </w:t>
            </w:r>
            <w:r w:rsidR="00FD1FF9">
              <w:t xml:space="preserve">e Lei n° 22.130/2024 </w:t>
            </w:r>
            <w:r>
              <w:t xml:space="preserve">– Meia-entrada </w:t>
            </w:r>
            <w:r>
              <w:lastRenderedPageBreak/>
              <w:t xml:space="preserve">para </w:t>
            </w:r>
            <w:proofErr w:type="spellStart"/>
            <w:r>
              <w:t>doadores</w:t>
            </w:r>
            <w:proofErr w:type="spellEnd"/>
            <w:r>
              <w:t xml:space="preserve"> </w:t>
            </w:r>
            <w:proofErr w:type="spellStart"/>
            <w:r>
              <w:t>regulares</w:t>
            </w:r>
            <w:proofErr w:type="spellEnd"/>
            <w:r>
              <w:t xml:space="preserve"> de </w:t>
            </w:r>
            <w:proofErr w:type="spellStart"/>
            <w:r>
              <w:t>sangue</w:t>
            </w:r>
            <w:proofErr w:type="spellEnd"/>
            <w:r>
              <w:t xml:space="preserve"> </w:t>
            </w:r>
            <w:proofErr w:type="spellStart"/>
            <w:r>
              <w:t>registrados</w:t>
            </w:r>
            <w:proofErr w:type="spellEnd"/>
            <w:r>
              <w:t xml:space="preserve"> </w:t>
            </w:r>
            <w:proofErr w:type="spellStart"/>
            <w:r>
              <w:t>nos</w:t>
            </w:r>
            <w:proofErr w:type="spellEnd"/>
            <w:r>
              <w:t xml:space="preserve"> </w:t>
            </w:r>
            <w:proofErr w:type="spellStart"/>
            <w:r>
              <w:t>hemocentros</w:t>
            </w:r>
            <w:proofErr w:type="spellEnd"/>
            <w:r>
              <w:t xml:space="preserve"> e banco de </w:t>
            </w:r>
            <w:proofErr w:type="spellStart"/>
            <w:r>
              <w:t>sangue</w:t>
            </w:r>
            <w:proofErr w:type="spellEnd"/>
            <w:r>
              <w:t xml:space="preserve"> dos </w:t>
            </w:r>
            <w:proofErr w:type="spellStart"/>
            <w:r>
              <w:t>hospitais</w:t>
            </w:r>
            <w:proofErr w:type="spellEnd"/>
            <w:r>
              <w:t xml:space="preserve"> do Paraná</w:t>
            </w:r>
            <w:r w:rsidR="00971324">
              <w:t xml:space="preserve">. Meia entrada para </w:t>
            </w:r>
            <w:proofErr w:type="spellStart"/>
            <w:r w:rsidR="00971324">
              <w:t>doadores</w:t>
            </w:r>
            <w:proofErr w:type="spellEnd"/>
            <w:r w:rsidR="00971324">
              <w:t xml:space="preserve"> de um dos </w:t>
            </w:r>
            <w:proofErr w:type="spellStart"/>
            <w:r w:rsidR="00971324">
              <w:t>rins</w:t>
            </w:r>
            <w:proofErr w:type="spellEnd"/>
            <w:r w:rsidR="00971324">
              <w:t xml:space="preserve"> e </w:t>
            </w:r>
            <w:proofErr w:type="spellStart"/>
            <w:r w:rsidR="00971324">
              <w:t>doadores</w:t>
            </w:r>
            <w:proofErr w:type="spellEnd"/>
            <w:r w:rsidR="00971324">
              <w:t xml:space="preserve"> de </w:t>
            </w:r>
            <w:proofErr w:type="spellStart"/>
            <w:r w:rsidR="00971324">
              <w:t>parte</w:t>
            </w:r>
            <w:proofErr w:type="spellEnd"/>
            <w:r w:rsidR="00971324">
              <w:t xml:space="preserve"> </w:t>
            </w:r>
            <w:proofErr w:type="gramStart"/>
            <w:r w:rsidR="00971324">
              <w:t>do</w:t>
            </w:r>
            <w:proofErr w:type="gramEnd"/>
            <w:r w:rsidR="00971324">
              <w:t xml:space="preserve"> </w:t>
            </w:r>
            <w:proofErr w:type="spellStart"/>
            <w:r w:rsidR="00971324">
              <w:t>pulmão</w:t>
            </w:r>
            <w:proofErr w:type="spellEnd"/>
            <w:r w:rsidR="00971324">
              <w:t xml:space="preserve">, do </w:t>
            </w:r>
            <w:proofErr w:type="spellStart"/>
            <w:r w:rsidR="00971324">
              <w:t>fígado</w:t>
            </w:r>
            <w:proofErr w:type="spellEnd"/>
            <w:r w:rsidR="00971324">
              <w:t xml:space="preserve"> </w:t>
            </w:r>
            <w:proofErr w:type="spellStart"/>
            <w:r w:rsidR="00971324">
              <w:t>ou</w:t>
            </w:r>
            <w:proofErr w:type="spellEnd"/>
            <w:r w:rsidR="00971324">
              <w:t xml:space="preserve"> da </w:t>
            </w:r>
            <w:proofErr w:type="spellStart"/>
            <w:r w:rsidR="00971324">
              <w:t>medula</w:t>
            </w:r>
            <w:proofErr w:type="spellEnd"/>
            <w:r w:rsidR="00971324">
              <w:t xml:space="preserve"> </w:t>
            </w:r>
            <w:proofErr w:type="spellStart"/>
            <w:r w:rsidR="00971324">
              <w:t>óssea</w:t>
            </w:r>
            <w:proofErr w:type="spellEnd"/>
            <w:r w:rsidR="00971324">
              <w:t>.</w:t>
            </w:r>
          </w:p>
          <w:p w14:paraId="0212DBA3" w14:textId="4ACE3981" w:rsidR="00F72C14" w:rsidRDefault="00F72C14" w:rsidP="007B63AE">
            <w:proofErr w:type="spellStart"/>
            <w:r w:rsidRPr="00F72C14">
              <w:rPr>
                <w:highlight w:val="magenta"/>
              </w:rPr>
              <w:t>Confirmando</w:t>
            </w:r>
            <w:proofErr w:type="spellEnd"/>
            <w:r w:rsidRPr="00F72C14">
              <w:rPr>
                <w:highlight w:val="magenta"/>
              </w:rPr>
              <w:t xml:space="preserve">: Sr. Ismael </w:t>
            </w:r>
            <w:proofErr w:type="spellStart"/>
            <w:r w:rsidRPr="00F72C14">
              <w:rPr>
                <w:highlight w:val="magenta"/>
              </w:rPr>
              <w:t>cadeirante</w:t>
            </w:r>
            <w:proofErr w:type="spellEnd"/>
            <w:r w:rsidRPr="00F72C14">
              <w:rPr>
                <w:highlight w:val="magenta"/>
              </w:rPr>
              <w:t xml:space="preserve"> </w:t>
            </w:r>
            <w:proofErr w:type="spellStart"/>
            <w:r w:rsidRPr="00F72C14">
              <w:rPr>
                <w:highlight w:val="magenta"/>
              </w:rPr>
              <w:t>tem</w:t>
            </w:r>
            <w:proofErr w:type="spellEnd"/>
            <w:r w:rsidRPr="00F72C14">
              <w:rPr>
                <w:highlight w:val="magenta"/>
              </w:rPr>
              <w:t xml:space="preserve"> </w:t>
            </w:r>
            <w:proofErr w:type="spellStart"/>
            <w:r w:rsidRPr="00F72C14">
              <w:rPr>
                <w:highlight w:val="magenta"/>
              </w:rPr>
              <w:t>gratuidade</w:t>
            </w:r>
            <w:proofErr w:type="spellEnd"/>
            <w:r w:rsidRPr="00F72C14">
              <w:rPr>
                <w:highlight w:val="magenta"/>
              </w:rPr>
              <w:t xml:space="preserve"> no cinema.</w:t>
            </w:r>
            <w:r w:rsidR="00E808AB">
              <w:t xml:space="preserve"> </w:t>
            </w:r>
            <w:r w:rsidR="00E808AB">
              <w:t xml:space="preserve">Ariane </w:t>
            </w:r>
            <w:proofErr w:type="spellStart"/>
            <w:r w:rsidR="00E808AB">
              <w:t>autorizou</w:t>
            </w:r>
            <w:proofErr w:type="spellEnd"/>
            <w:r w:rsidR="00E808AB">
              <w:t xml:space="preserve"> a </w:t>
            </w:r>
            <w:proofErr w:type="spellStart"/>
            <w:r w:rsidR="00E808AB">
              <w:t>manter</w:t>
            </w:r>
            <w:proofErr w:type="spellEnd"/>
            <w:r w:rsidR="00E808AB">
              <w:t xml:space="preserve"> </w:t>
            </w:r>
            <w:proofErr w:type="spellStart"/>
            <w:r w:rsidR="00E808AB">
              <w:t>em</w:t>
            </w:r>
            <w:proofErr w:type="spellEnd"/>
            <w:r w:rsidR="00E808AB">
              <w:t xml:space="preserve"> 09.06.2026</w:t>
            </w:r>
            <w:r w:rsidR="006945D0">
              <w:t xml:space="preserve"> </w:t>
            </w:r>
            <w:proofErr w:type="spellStart"/>
            <w:r w:rsidR="006945D0">
              <w:t>por</w:t>
            </w:r>
            <w:proofErr w:type="spellEnd"/>
            <w:r w:rsidR="006945D0">
              <w:t xml:space="preserve"> </w:t>
            </w:r>
            <w:proofErr w:type="spellStart"/>
            <w:r w:rsidR="006945D0">
              <w:t>whats</w:t>
            </w:r>
            <w:proofErr w:type="spellEnd"/>
            <w:r w:rsidR="006945D0">
              <w:t>.</w:t>
            </w:r>
          </w:p>
        </w:tc>
        <w:tc>
          <w:tcPr>
            <w:tcW w:w="5997" w:type="dxa"/>
          </w:tcPr>
          <w:p w14:paraId="58883DE2" w14:textId="77777777" w:rsidR="007B63AE" w:rsidRDefault="007B63AE" w:rsidP="007B63AE">
            <w:r>
              <w:lastRenderedPageBreak/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22</w:t>
            </w:r>
            <w:r w:rsidR="00B3001D">
              <w:t>.</w:t>
            </w:r>
            <w:r>
              <w:t>235</w:t>
            </w:r>
            <w:r w:rsidR="00B3001D">
              <w:t>/</w:t>
            </w:r>
            <w:r>
              <w:t xml:space="preserve">2024 – Meia-entrada para </w:t>
            </w:r>
            <w:proofErr w:type="spellStart"/>
            <w:r>
              <w:t>profissionais</w:t>
            </w:r>
            <w:proofErr w:type="spellEnd"/>
            <w:r>
              <w:t xml:space="preserve"> da </w:t>
            </w:r>
            <w:r w:rsidR="00971324">
              <w:t xml:space="preserve">saude (medicos, </w:t>
            </w:r>
            <w:proofErr w:type="spellStart"/>
            <w:r w:rsidR="00971324">
              <w:t>enfermeiros</w:t>
            </w:r>
            <w:proofErr w:type="spellEnd"/>
            <w:r w:rsidR="00971324">
              <w:t xml:space="preserve">, </w:t>
            </w:r>
            <w:proofErr w:type="spellStart"/>
            <w:r w:rsidR="00971324">
              <w:t>fisioterapeutas</w:t>
            </w:r>
            <w:proofErr w:type="spellEnd"/>
            <w:r w:rsidR="00971324">
              <w:t xml:space="preserve">, </w:t>
            </w:r>
            <w:proofErr w:type="spellStart"/>
            <w:r w:rsidR="00971324">
              <w:t>psicólogos</w:t>
            </w:r>
            <w:proofErr w:type="spellEnd"/>
            <w:r w:rsidR="00971324">
              <w:t xml:space="preserve">, </w:t>
            </w:r>
            <w:proofErr w:type="spellStart"/>
            <w:r w:rsidR="00971324">
              <w:t>odontólogos</w:t>
            </w:r>
            <w:proofErr w:type="spellEnd"/>
            <w:r w:rsidR="00971324">
              <w:t xml:space="preserve">, </w:t>
            </w:r>
            <w:proofErr w:type="spellStart"/>
            <w:r w:rsidR="00971324">
              <w:t>técnicos</w:t>
            </w:r>
            <w:proofErr w:type="spellEnd"/>
            <w:r w:rsidR="00971324">
              <w:t xml:space="preserve"> e auxiliaries de </w:t>
            </w:r>
            <w:proofErr w:type="spellStart"/>
            <w:r w:rsidR="00971324">
              <w:t>enfermagem</w:t>
            </w:r>
            <w:proofErr w:type="spellEnd"/>
            <w:r w:rsidR="00971324">
              <w:t xml:space="preserve">, </w:t>
            </w:r>
            <w:r w:rsidR="00971324">
              <w:lastRenderedPageBreak/>
              <w:t>entre outros)</w:t>
            </w:r>
          </w:p>
          <w:p w14:paraId="052C1109" w14:textId="77777777" w:rsidR="00762CFE" w:rsidRDefault="00762CFE" w:rsidP="007B63AE"/>
          <w:p w14:paraId="2F241888" w14:textId="77777777" w:rsidR="00762CFE" w:rsidRPr="00762CFE" w:rsidRDefault="00762CFE" w:rsidP="00762CFE">
            <w:pPr>
              <w:rPr>
                <w:lang w:val="pt-BR"/>
              </w:rPr>
            </w:pPr>
            <w:r w:rsidRPr="00762CFE">
              <w:rPr>
                <w:lang w:val="pt-BR"/>
              </w:rPr>
              <w:t xml:space="preserve">No Estado do Paraná, pessoas em </w:t>
            </w:r>
            <w:r w:rsidRPr="00762CFE">
              <w:rPr>
                <w:b/>
                <w:bCs/>
                <w:lang w:val="pt-BR"/>
              </w:rPr>
              <w:t>tratamento oncológico (câncer)</w:t>
            </w:r>
            <w:r w:rsidRPr="00762CFE">
              <w:rPr>
                <w:lang w:val="pt-BR"/>
              </w:rPr>
              <w:t xml:space="preserve"> têm direito à meia-entrada em eventos culturais, esportivos e de lazer, como cinemas, teatros e shows.</w:t>
            </w:r>
          </w:p>
          <w:p w14:paraId="16CDDA72" w14:textId="77777777" w:rsidR="00762CFE" w:rsidRDefault="00762CFE" w:rsidP="00762CFE">
            <w:pPr>
              <w:rPr>
                <w:lang w:val="pt-BR"/>
              </w:rPr>
            </w:pPr>
            <w:r w:rsidRPr="00762CFE">
              <w:rPr>
                <w:lang w:val="pt-BR"/>
              </w:rPr>
              <w:t>Esse direito é garantido pela Lei Estadual nº 18.445/2015, que assegura o benefício aos portadores de neoplasia maligna. Para utilização, é necessário apresentar um documento médico que comprove o tratamento, como atestado com CID da doença, além de documento de identificação com foto.</w:t>
            </w:r>
          </w:p>
          <w:p w14:paraId="02899B57" w14:textId="77777777" w:rsidR="00FD1FF9" w:rsidRDefault="00FD1FF9" w:rsidP="00762CFE">
            <w:pPr>
              <w:rPr>
                <w:lang w:val="pt-BR"/>
              </w:rPr>
            </w:pPr>
          </w:p>
          <w:p w14:paraId="7D9E4E12" w14:textId="58A277FF" w:rsidR="00FD1FF9" w:rsidRPr="00762CFE" w:rsidRDefault="00FD1FF9" w:rsidP="00762CFE">
            <w:pPr>
              <w:rPr>
                <w:lang w:val="pt-BR"/>
              </w:rPr>
            </w:pPr>
            <w:r>
              <w:t xml:space="preserve">Meia entrada para </w:t>
            </w:r>
            <w:proofErr w:type="spellStart"/>
            <w:r>
              <w:t>doadores</w:t>
            </w:r>
            <w:proofErr w:type="spellEnd"/>
            <w:r>
              <w:t xml:space="preserve"> de </w:t>
            </w:r>
            <w:proofErr w:type="spellStart"/>
            <w:r>
              <w:t>sangue</w:t>
            </w:r>
            <w:proofErr w:type="spellEnd"/>
            <w:r>
              <w:t xml:space="preserve"> Lei 13964/2002 e Lei nº 22.130/2024.</w:t>
            </w:r>
          </w:p>
          <w:p w14:paraId="28809F48" w14:textId="76A94129" w:rsidR="00762CFE" w:rsidRDefault="00762CFE" w:rsidP="007B63AE"/>
        </w:tc>
        <w:tc>
          <w:tcPr>
            <w:tcW w:w="1466" w:type="dxa"/>
          </w:tcPr>
          <w:p w14:paraId="696B674C" w14:textId="77777777" w:rsidR="007B63AE" w:rsidRDefault="007B63AE" w:rsidP="007B63AE">
            <w:r>
              <w:lastRenderedPageBreak/>
              <w:t>Lei Federal nº 12.933/2013</w:t>
            </w:r>
          </w:p>
        </w:tc>
        <w:tc>
          <w:tcPr>
            <w:tcW w:w="2864" w:type="dxa"/>
          </w:tcPr>
          <w:p w14:paraId="5866ACCB" w14:textId="0D2F94A5" w:rsidR="007B63AE" w:rsidRDefault="007B63AE" w:rsidP="007B63AE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7851D0F3" w14:textId="77777777" w:rsidTr="00FD1FF9">
        <w:tc>
          <w:tcPr>
            <w:tcW w:w="1267" w:type="dxa"/>
          </w:tcPr>
          <w:p w14:paraId="718CB3D3" w14:textId="77777777" w:rsidR="007B63AE" w:rsidRDefault="007B63AE" w:rsidP="007B63AE">
            <w:r>
              <w:t>Mauá (SP)</w:t>
            </w:r>
          </w:p>
        </w:tc>
        <w:tc>
          <w:tcPr>
            <w:tcW w:w="293" w:type="dxa"/>
          </w:tcPr>
          <w:p w14:paraId="7B5FEB4A" w14:textId="77777777" w:rsidR="007B63AE" w:rsidRDefault="007B63AE" w:rsidP="007B63AE">
            <w:r>
              <w:t xml:space="preserve">Lei nº 6.110/2023 - Meia-entrada para </w:t>
            </w:r>
            <w:proofErr w:type="spellStart"/>
            <w:r>
              <w:t>pessoas</w:t>
            </w:r>
            <w:proofErr w:type="spellEnd"/>
            <w:r>
              <w:t xml:space="preserve"> com </w:t>
            </w:r>
            <w:proofErr w:type="spellStart"/>
            <w:r>
              <w:t>Síndrome</w:t>
            </w:r>
            <w:proofErr w:type="spellEnd"/>
            <w:r>
              <w:t xml:space="preserve"> de Down e </w:t>
            </w:r>
            <w:proofErr w:type="spellStart"/>
            <w:r>
              <w:t>seus</w:t>
            </w:r>
            <w:proofErr w:type="spellEnd"/>
            <w:r>
              <w:t xml:space="preserve"> </w:t>
            </w:r>
            <w:proofErr w:type="spellStart"/>
            <w:r>
              <w:t>acompanhantes</w:t>
            </w:r>
            <w:proofErr w:type="spellEnd"/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</w:t>
            </w:r>
            <w:proofErr w:type="spellStart"/>
            <w:r>
              <w:t>eventos</w:t>
            </w:r>
            <w:proofErr w:type="spellEnd"/>
            <w:r>
              <w:t xml:space="preserve"> </w:t>
            </w:r>
            <w:proofErr w:type="spellStart"/>
            <w:r>
              <w:t>culturais</w:t>
            </w:r>
            <w:proofErr w:type="spellEnd"/>
            <w:r>
              <w:t xml:space="preserve"> e </w:t>
            </w:r>
            <w:proofErr w:type="spellStart"/>
            <w:r>
              <w:t>esportivos</w:t>
            </w:r>
            <w:proofErr w:type="spellEnd"/>
          </w:p>
          <w:p w14:paraId="04AD8E8E" w14:textId="77777777" w:rsidR="007B63AE" w:rsidRDefault="007B63AE" w:rsidP="007B63AE">
            <w:r>
              <w:t xml:space="preserve">Lei nº 6030/2023 Meia-entrada </w:t>
            </w:r>
            <w:proofErr w:type="spellStart"/>
            <w:r>
              <w:t>pessoas</w:t>
            </w:r>
            <w:proofErr w:type="spellEnd"/>
            <w:r>
              <w:t xml:space="preserve"> com </w:t>
            </w:r>
            <w:proofErr w:type="spellStart"/>
            <w:r>
              <w:t>Autismo</w:t>
            </w:r>
            <w:proofErr w:type="spellEnd"/>
            <w:r>
              <w:t xml:space="preserve"> e </w:t>
            </w:r>
            <w:proofErr w:type="spellStart"/>
            <w:r>
              <w:t>seu</w:t>
            </w:r>
            <w:proofErr w:type="spellEnd"/>
            <w:r>
              <w:t xml:space="preserve"> </w:t>
            </w:r>
            <w:proofErr w:type="spellStart"/>
            <w:r>
              <w:t>acompanhante</w:t>
            </w:r>
            <w:proofErr w:type="spellEnd"/>
            <w:r>
              <w:br/>
              <w:t xml:space="preserve">Lei nº 5034/2015 Meia-entrada a </w:t>
            </w:r>
            <w:proofErr w:type="spellStart"/>
            <w:r>
              <w:t>doadores</w:t>
            </w:r>
            <w:proofErr w:type="spellEnd"/>
            <w:r>
              <w:t xml:space="preserve"> de </w:t>
            </w:r>
            <w:proofErr w:type="spellStart"/>
            <w:r>
              <w:t>sangue</w:t>
            </w:r>
            <w:proofErr w:type="spellEnd"/>
          </w:p>
          <w:p w14:paraId="3408BDD4" w14:textId="77777777" w:rsidR="007B63AE" w:rsidRDefault="007B63AE" w:rsidP="007B63AE">
            <w:r>
              <w:t xml:space="preserve">Lei nº 2945/1998 Meia-entrada para </w:t>
            </w:r>
            <w:proofErr w:type="spellStart"/>
            <w:r>
              <w:t>aposentados</w:t>
            </w:r>
            <w:proofErr w:type="spellEnd"/>
            <w:r>
              <w:t xml:space="preserve">, </w:t>
            </w:r>
            <w:proofErr w:type="spellStart"/>
            <w:r>
              <w:t>pensionistas</w:t>
            </w:r>
            <w:proofErr w:type="spellEnd"/>
            <w:r>
              <w:t xml:space="preserve"> e </w:t>
            </w:r>
            <w:proofErr w:type="spellStart"/>
            <w:r>
              <w:t>idosos</w:t>
            </w:r>
            <w:proofErr w:type="spellEnd"/>
            <w:r>
              <w:t xml:space="preserve"> </w:t>
            </w:r>
            <w:proofErr w:type="spellStart"/>
            <w:r>
              <w:t>acima</w:t>
            </w:r>
            <w:proofErr w:type="spellEnd"/>
            <w:r>
              <w:t xml:space="preserve"> de 60 </w:t>
            </w:r>
            <w:proofErr w:type="spellStart"/>
            <w:r>
              <w:t>anos</w:t>
            </w:r>
            <w:proofErr w:type="spellEnd"/>
          </w:p>
          <w:p w14:paraId="6BD4C760" w14:textId="77777777" w:rsidR="00AC3174" w:rsidRDefault="00AC3174" w:rsidP="007B63AE"/>
          <w:p w14:paraId="337BA61D" w14:textId="77777777" w:rsidR="00AC3174" w:rsidRPr="00AC3174" w:rsidRDefault="00AC3174" w:rsidP="007B63AE">
            <w:pPr>
              <w:rPr>
                <w:strike/>
              </w:rPr>
            </w:pPr>
            <w:r>
              <w:t>*</w:t>
            </w:r>
            <w:r w:rsidRPr="00AC3174">
              <w:rPr>
                <w:strike/>
              </w:rPr>
              <w:t xml:space="preserve">Sr. Thiago e Sra. Regina </w:t>
            </w:r>
            <w:proofErr w:type="spellStart"/>
            <w:r w:rsidRPr="00AC3174">
              <w:rPr>
                <w:strike/>
              </w:rPr>
              <w:t>não</w:t>
            </w:r>
            <w:proofErr w:type="spellEnd"/>
            <w:r w:rsidRPr="00AC3174">
              <w:rPr>
                <w:strike/>
              </w:rPr>
              <w:t xml:space="preserve"> </w:t>
            </w:r>
            <w:proofErr w:type="spellStart"/>
            <w:r w:rsidRPr="00AC3174">
              <w:rPr>
                <w:strike/>
              </w:rPr>
              <w:t>podem</w:t>
            </w:r>
            <w:proofErr w:type="spellEnd"/>
            <w:r w:rsidRPr="00AC3174">
              <w:rPr>
                <w:strike/>
              </w:rPr>
              <w:t xml:space="preserve"> </w:t>
            </w:r>
            <w:proofErr w:type="spellStart"/>
            <w:r w:rsidRPr="00AC3174">
              <w:rPr>
                <w:strike/>
              </w:rPr>
              <w:t>mais</w:t>
            </w:r>
            <w:proofErr w:type="spellEnd"/>
            <w:r w:rsidRPr="00AC3174">
              <w:rPr>
                <w:strike/>
              </w:rPr>
              <w:t xml:space="preserve"> </w:t>
            </w:r>
            <w:proofErr w:type="spellStart"/>
            <w:r w:rsidRPr="00AC3174">
              <w:rPr>
                <w:strike/>
              </w:rPr>
              <w:t>retirar</w:t>
            </w:r>
            <w:proofErr w:type="spellEnd"/>
            <w:r w:rsidRPr="00AC3174">
              <w:rPr>
                <w:strike/>
              </w:rPr>
              <w:t xml:space="preserve"> </w:t>
            </w:r>
            <w:proofErr w:type="spellStart"/>
            <w:r w:rsidRPr="00AC3174">
              <w:rPr>
                <w:strike/>
              </w:rPr>
              <w:t>cortesias</w:t>
            </w:r>
            <w:proofErr w:type="spellEnd"/>
            <w:r w:rsidRPr="00AC3174">
              <w:rPr>
                <w:strike/>
              </w:rPr>
              <w:t>!!</w:t>
            </w:r>
          </w:p>
          <w:p w14:paraId="3DDB89AF" w14:textId="3BA04D82" w:rsidR="00AC3174" w:rsidRDefault="00AC3174" w:rsidP="007B63AE">
            <w:r w:rsidRPr="00AC3174">
              <w:rPr>
                <w:b/>
                <w:bCs/>
              </w:rPr>
              <w:t xml:space="preserve">Sr. </w:t>
            </w:r>
            <w:proofErr w:type="spellStart"/>
            <w:r w:rsidRPr="00AC3174">
              <w:rPr>
                <w:b/>
                <w:bCs/>
              </w:rPr>
              <w:t>Comenale</w:t>
            </w:r>
            <w:proofErr w:type="spellEnd"/>
            <w:r>
              <w:t xml:space="preserve"> – </w:t>
            </w:r>
            <w:proofErr w:type="spellStart"/>
            <w:r>
              <w:t>acesso</w:t>
            </w:r>
            <w:proofErr w:type="spellEnd"/>
            <w:r>
              <w:t xml:space="preserve"> </w:t>
            </w:r>
            <w:proofErr w:type="spellStart"/>
            <w:r>
              <w:t>gratuito</w:t>
            </w:r>
            <w:proofErr w:type="spellEnd"/>
            <w:r>
              <w:t xml:space="preserve"> no cinema, </w:t>
            </w:r>
            <w:proofErr w:type="spellStart"/>
            <w:r>
              <w:t>em</w:t>
            </w:r>
            <w:proofErr w:type="spellEnd"/>
            <w:r>
              <w:t xml:space="preserve"> </w:t>
            </w:r>
            <w:proofErr w:type="spellStart"/>
            <w:r>
              <w:t>todos</w:t>
            </w:r>
            <w:proofErr w:type="spellEnd"/>
            <w:r>
              <w:t xml:space="preserve"> </w:t>
            </w:r>
            <w:proofErr w:type="spellStart"/>
            <w:r>
              <w:t>os</w:t>
            </w:r>
            <w:proofErr w:type="spellEnd"/>
            <w:r>
              <w:t xml:space="preserve"> cinemas.</w:t>
            </w:r>
          </w:p>
        </w:tc>
        <w:tc>
          <w:tcPr>
            <w:tcW w:w="5997" w:type="dxa"/>
          </w:tcPr>
          <w:p w14:paraId="2A3DC4EF" w14:textId="77777777" w:rsidR="007B63AE" w:rsidRDefault="007B63AE" w:rsidP="007B63AE">
            <w:r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14.729/2012 e nº 15.298/2014 - Meia-entrada para </w:t>
            </w:r>
            <w:proofErr w:type="spellStart"/>
            <w:r>
              <w:t>professores</w:t>
            </w:r>
            <w:proofErr w:type="spellEnd"/>
            <w:r>
              <w:t xml:space="preserve"> e </w:t>
            </w:r>
            <w:proofErr w:type="spellStart"/>
            <w:r>
              <w:t>profissionais</w:t>
            </w:r>
            <w:proofErr w:type="spellEnd"/>
            <w:r>
              <w:t xml:space="preserve"> da </w:t>
            </w:r>
            <w:proofErr w:type="spellStart"/>
            <w:r>
              <w:t>educação</w:t>
            </w:r>
            <w:proofErr w:type="spellEnd"/>
          </w:p>
        </w:tc>
        <w:tc>
          <w:tcPr>
            <w:tcW w:w="1466" w:type="dxa"/>
          </w:tcPr>
          <w:p w14:paraId="1EB8CDCF" w14:textId="77777777" w:rsidR="007B63AE" w:rsidRDefault="007B63AE" w:rsidP="007B63AE">
            <w:r>
              <w:t>Lei Federal nº 12.933/2013</w:t>
            </w:r>
          </w:p>
        </w:tc>
        <w:tc>
          <w:tcPr>
            <w:tcW w:w="2864" w:type="dxa"/>
          </w:tcPr>
          <w:p w14:paraId="32BC2E87" w14:textId="7566232E" w:rsidR="007B63AE" w:rsidRDefault="007B63AE" w:rsidP="007B63AE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5B952C23" w14:textId="77777777" w:rsidTr="00FD1FF9">
        <w:tc>
          <w:tcPr>
            <w:tcW w:w="1267" w:type="dxa"/>
          </w:tcPr>
          <w:p w14:paraId="75C9E74C" w14:textId="77777777" w:rsidR="007B63AE" w:rsidRDefault="007B63AE" w:rsidP="007B63AE">
            <w:r>
              <w:t>Campo Limpo (SP)</w:t>
            </w:r>
          </w:p>
        </w:tc>
        <w:tc>
          <w:tcPr>
            <w:tcW w:w="293" w:type="dxa"/>
          </w:tcPr>
          <w:p w14:paraId="5DBB3389" w14:textId="153FFA69" w:rsidR="007B63AE" w:rsidRDefault="005D1FBE" w:rsidP="007B63AE">
            <w:r>
              <w:t xml:space="preserve">Lei Municipal 12.325/1997 (Para o Municipio de São Paulo), </w:t>
            </w:r>
            <w:proofErr w:type="spellStart"/>
            <w:r>
              <w:t>aposentados</w:t>
            </w:r>
            <w:proofErr w:type="spellEnd"/>
            <w:r>
              <w:t xml:space="preserve"> </w:t>
            </w:r>
            <w:proofErr w:type="spellStart"/>
            <w:r>
              <w:t>têm</w:t>
            </w:r>
            <w:proofErr w:type="spellEnd"/>
            <w:r>
              <w:t xml:space="preserve"> </w:t>
            </w:r>
            <w:proofErr w:type="spellStart"/>
            <w:r>
              <w:t>direito</w:t>
            </w:r>
            <w:proofErr w:type="spellEnd"/>
            <w:r>
              <w:t xml:space="preserve"> à </w:t>
            </w:r>
            <w:proofErr w:type="spellStart"/>
            <w:r w:rsidRPr="005D1FBE">
              <w:rPr>
                <w:b/>
                <w:bCs/>
              </w:rPr>
              <w:t>meia</w:t>
            </w:r>
            <w:proofErr w:type="spellEnd"/>
            <w:r w:rsidRPr="005D1FBE">
              <w:rPr>
                <w:b/>
                <w:bCs/>
              </w:rPr>
              <w:t xml:space="preserve"> entrada</w:t>
            </w:r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cinemas </w:t>
            </w:r>
            <w:proofErr w:type="spellStart"/>
            <w:r>
              <w:t>independentemente</w:t>
            </w:r>
            <w:proofErr w:type="spellEnd"/>
            <w:r>
              <w:t xml:space="preserve"> da </w:t>
            </w:r>
            <w:proofErr w:type="spellStart"/>
            <w:r>
              <w:t>idade</w:t>
            </w:r>
            <w:proofErr w:type="spellEnd"/>
            <w:r>
              <w:t xml:space="preserve">. </w:t>
            </w:r>
            <w:proofErr w:type="spellStart"/>
            <w:r>
              <w:t>Desde</w:t>
            </w:r>
            <w:proofErr w:type="spellEnd"/>
            <w:r>
              <w:t xml:space="preserve"> que </w:t>
            </w:r>
            <w:proofErr w:type="spellStart"/>
            <w:r>
              <w:t>comprove</w:t>
            </w:r>
            <w:proofErr w:type="spellEnd"/>
            <w:r>
              <w:t xml:space="preserve"> ser </w:t>
            </w:r>
            <w:proofErr w:type="spellStart"/>
            <w:r>
              <w:t>aporsentado</w:t>
            </w:r>
            <w:proofErr w:type="spellEnd"/>
            <w:r>
              <w:t>.</w:t>
            </w:r>
          </w:p>
        </w:tc>
        <w:tc>
          <w:tcPr>
            <w:tcW w:w="5997" w:type="dxa"/>
          </w:tcPr>
          <w:p w14:paraId="71B50262" w14:textId="77777777" w:rsidR="007B63AE" w:rsidRDefault="007B63AE" w:rsidP="007B63AE">
            <w:r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14.729/2012 e nº 15.298/2014 - Meia-entrada para </w:t>
            </w:r>
            <w:proofErr w:type="spellStart"/>
            <w:r>
              <w:t>professores</w:t>
            </w:r>
            <w:proofErr w:type="spellEnd"/>
            <w:r>
              <w:t xml:space="preserve"> e </w:t>
            </w:r>
            <w:proofErr w:type="spellStart"/>
            <w:r>
              <w:t>profissionais</w:t>
            </w:r>
            <w:proofErr w:type="spellEnd"/>
            <w:r>
              <w:t xml:space="preserve"> da </w:t>
            </w:r>
            <w:proofErr w:type="spellStart"/>
            <w:r>
              <w:t>educação</w:t>
            </w:r>
            <w:proofErr w:type="spellEnd"/>
          </w:p>
        </w:tc>
        <w:tc>
          <w:tcPr>
            <w:tcW w:w="1466" w:type="dxa"/>
          </w:tcPr>
          <w:p w14:paraId="48294DDB" w14:textId="77777777" w:rsidR="007B63AE" w:rsidRDefault="007B63AE" w:rsidP="007B63AE">
            <w:r>
              <w:t>Lei Federal nº 12.933/2013</w:t>
            </w:r>
          </w:p>
        </w:tc>
        <w:tc>
          <w:tcPr>
            <w:tcW w:w="2864" w:type="dxa"/>
          </w:tcPr>
          <w:p w14:paraId="739CA5E5" w14:textId="6A60801D" w:rsidR="007B63AE" w:rsidRDefault="007B63AE" w:rsidP="007B63AE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26FDA459" w14:textId="77777777" w:rsidTr="00FD1FF9">
        <w:tc>
          <w:tcPr>
            <w:tcW w:w="1267" w:type="dxa"/>
          </w:tcPr>
          <w:p w14:paraId="04CB34ED" w14:textId="77777777" w:rsidR="007B63AE" w:rsidRDefault="007B63AE" w:rsidP="007B63AE">
            <w:r>
              <w:t>Piracicaba (SP)</w:t>
            </w:r>
          </w:p>
        </w:tc>
        <w:tc>
          <w:tcPr>
            <w:tcW w:w="293" w:type="dxa"/>
          </w:tcPr>
          <w:p w14:paraId="02BA2565" w14:textId="4AF760B1" w:rsidR="007B63AE" w:rsidRDefault="007B63AE" w:rsidP="007B63AE">
            <w:r>
              <w:t xml:space="preserve">Lei nº 4.169/2001 - </w:t>
            </w:r>
            <w:proofErr w:type="spellStart"/>
            <w:r w:rsidR="00B7346D" w:rsidRPr="00B7346D">
              <w:rPr>
                <w:highlight w:val="yellow"/>
              </w:rPr>
              <w:t>Gra</w:t>
            </w:r>
            <w:r w:rsidR="00B7346D" w:rsidRPr="001D00A2">
              <w:rPr>
                <w:highlight w:val="yellow"/>
              </w:rPr>
              <w:t>tuidade</w:t>
            </w:r>
            <w:proofErr w:type="spellEnd"/>
            <w:r w:rsidR="00B7346D" w:rsidRPr="001D00A2">
              <w:rPr>
                <w:highlight w:val="yellow"/>
              </w:rPr>
              <w:t>/</w:t>
            </w:r>
            <w:proofErr w:type="spellStart"/>
            <w:r w:rsidR="00B7346D" w:rsidRPr="001D00A2">
              <w:rPr>
                <w:highlight w:val="yellow"/>
              </w:rPr>
              <w:t>cortesia</w:t>
            </w:r>
            <w:proofErr w:type="spellEnd"/>
            <w:r w:rsidR="00B7346D" w:rsidRPr="001D00A2">
              <w:rPr>
                <w:highlight w:val="yellow"/>
              </w:rPr>
              <w:t>/</w:t>
            </w:r>
            <w:proofErr w:type="spellStart"/>
            <w:r w:rsidR="00B7346D" w:rsidRPr="001D00A2">
              <w:rPr>
                <w:highlight w:val="yellow"/>
              </w:rPr>
              <w:t>isenção</w:t>
            </w:r>
            <w:proofErr w:type="spellEnd"/>
            <w:r w:rsidR="00B7346D">
              <w:t xml:space="preserve"> </w:t>
            </w:r>
            <w:r>
              <w:t xml:space="preserve">para </w:t>
            </w:r>
            <w:proofErr w:type="spellStart"/>
            <w:r>
              <w:t>maiores</w:t>
            </w:r>
            <w:proofErr w:type="spellEnd"/>
            <w:r>
              <w:t xml:space="preserve"> de 65 </w:t>
            </w:r>
            <w:proofErr w:type="spellStart"/>
            <w:r>
              <w:t>anos</w:t>
            </w:r>
            <w:proofErr w:type="spellEnd"/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</w:t>
            </w:r>
            <w:proofErr w:type="spellStart"/>
            <w:r>
              <w:t>eventos</w:t>
            </w:r>
            <w:proofErr w:type="spellEnd"/>
            <w:r>
              <w:t xml:space="preserve"> </w:t>
            </w:r>
            <w:proofErr w:type="spellStart"/>
            <w:r>
              <w:t>culturais</w:t>
            </w:r>
            <w:proofErr w:type="spellEnd"/>
            <w:r>
              <w:t xml:space="preserve"> e </w:t>
            </w:r>
            <w:proofErr w:type="spellStart"/>
            <w:r>
              <w:t>esportivos</w:t>
            </w:r>
            <w:proofErr w:type="spellEnd"/>
          </w:p>
        </w:tc>
        <w:tc>
          <w:tcPr>
            <w:tcW w:w="5997" w:type="dxa"/>
          </w:tcPr>
          <w:p w14:paraId="3A393722" w14:textId="77777777" w:rsidR="007B63AE" w:rsidRDefault="007B63AE" w:rsidP="007B63AE">
            <w:r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14.729/2012 e nº 15.298/2014 - Meia-entrada para </w:t>
            </w:r>
            <w:proofErr w:type="spellStart"/>
            <w:r>
              <w:t>professores</w:t>
            </w:r>
            <w:proofErr w:type="spellEnd"/>
            <w:r>
              <w:t xml:space="preserve"> e </w:t>
            </w:r>
            <w:proofErr w:type="spellStart"/>
            <w:r>
              <w:t>profissionais</w:t>
            </w:r>
            <w:proofErr w:type="spellEnd"/>
            <w:r>
              <w:t xml:space="preserve"> da </w:t>
            </w:r>
            <w:proofErr w:type="spellStart"/>
            <w:r>
              <w:t>educação</w:t>
            </w:r>
            <w:proofErr w:type="spellEnd"/>
          </w:p>
        </w:tc>
        <w:tc>
          <w:tcPr>
            <w:tcW w:w="1466" w:type="dxa"/>
          </w:tcPr>
          <w:p w14:paraId="4004E9F9" w14:textId="77777777" w:rsidR="007B63AE" w:rsidRDefault="007B63AE" w:rsidP="007B63AE">
            <w:r>
              <w:t>Lei Federal nº 12.933/2013</w:t>
            </w:r>
          </w:p>
        </w:tc>
        <w:tc>
          <w:tcPr>
            <w:tcW w:w="2864" w:type="dxa"/>
          </w:tcPr>
          <w:p w14:paraId="1790BF0A" w14:textId="131FC1AA" w:rsidR="007B63AE" w:rsidRDefault="007B63AE" w:rsidP="007B63AE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2DCC5E88" w14:textId="77777777" w:rsidTr="00FD1FF9">
        <w:tc>
          <w:tcPr>
            <w:tcW w:w="1267" w:type="dxa"/>
          </w:tcPr>
          <w:p w14:paraId="6B96A945" w14:textId="77777777" w:rsidR="007B63AE" w:rsidRDefault="007B63AE" w:rsidP="007B63AE">
            <w:r>
              <w:t xml:space="preserve">Ponta </w:t>
            </w:r>
            <w:r>
              <w:lastRenderedPageBreak/>
              <w:t>Grossa (PR)</w:t>
            </w:r>
          </w:p>
        </w:tc>
        <w:tc>
          <w:tcPr>
            <w:tcW w:w="293" w:type="dxa"/>
          </w:tcPr>
          <w:p w14:paraId="271AFF63" w14:textId="33A37C14" w:rsidR="007B63AE" w:rsidRDefault="007B63AE" w:rsidP="007B63AE">
            <w:r>
              <w:lastRenderedPageBreak/>
              <w:t>Lei nº 10.695/2018 - Meia-</w:t>
            </w:r>
            <w:r>
              <w:lastRenderedPageBreak/>
              <w:t xml:space="preserve">entrada para </w:t>
            </w:r>
            <w:proofErr w:type="spellStart"/>
            <w:r>
              <w:t>estudantes</w:t>
            </w:r>
            <w:proofErr w:type="spellEnd"/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casas de </w:t>
            </w:r>
            <w:proofErr w:type="spellStart"/>
            <w:r>
              <w:t>espetáculos</w:t>
            </w:r>
            <w:proofErr w:type="spellEnd"/>
            <w:r>
              <w:t xml:space="preserve"> e </w:t>
            </w:r>
            <w:proofErr w:type="spellStart"/>
            <w:r>
              <w:t>praças</w:t>
            </w:r>
            <w:proofErr w:type="spellEnd"/>
            <w:r>
              <w:t xml:space="preserve"> </w:t>
            </w:r>
            <w:proofErr w:type="spellStart"/>
            <w:r>
              <w:t>esportivas</w:t>
            </w:r>
            <w:proofErr w:type="spellEnd"/>
          </w:p>
          <w:p w14:paraId="23871B5C" w14:textId="21DBE542" w:rsidR="007B63AE" w:rsidRDefault="007B63AE" w:rsidP="007B63AE">
            <w:r w:rsidRPr="00161839">
              <w:t xml:space="preserve"> Lei nº 13888/2020: Meia entrada para </w:t>
            </w:r>
            <w:proofErr w:type="spellStart"/>
            <w:r w:rsidRPr="00161839">
              <w:t>policiais</w:t>
            </w:r>
            <w:proofErr w:type="spellEnd"/>
            <w:r>
              <w:t xml:space="preserve"> </w:t>
            </w:r>
            <w:proofErr w:type="spellStart"/>
            <w:r>
              <w:t>civis</w:t>
            </w:r>
            <w:proofErr w:type="spellEnd"/>
            <w:r>
              <w:t xml:space="preserve">, </w:t>
            </w:r>
            <w:proofErr w:type="spellStart"/>
            <w:r>
              <w:t>bombeiros</w:t>
            </w:r>
            <w:proofErr w:type="spellEnd"/>
            <w:r>
              <w:t xml:space="preserve"> </w:t>
            </w:r>
            <w:proofErr w:type="spellStart"/>
            <w:r>
              <w:t>militares</w:t>
            </w:r>
            <w:proofErr w:type="spellEnd"/>
            <w:r>
              <w:t xml:space="preserve">, </w:t>
            </w:r>
            <w:proofErr w:type="spellStart"/>
            <w:r>
              <w:t>agentes</w:t>
            </w:r>
            <w:proofErr w:type="spellEnd"/>
            <w:r>
              <w:t xml:space="preserve"> </w:t>
            </w:r>
            <w:proofErr w:type="spellStart"/>
            <w:r>
              <w:t>penitenciários</w:t>
            </w:r>
            <w:proofErr w:type="spellEnd"/>
            <w:r>
              <w:t xml:space="preserve"> e </w:t>
            </w:r>
            <w:proofErr w:type="spellStart"/>
            <w:r>
              <w:t>guardas</w:t>
            </w:r>
            <w:proofErr w:type="spellEnd"/>
            <w:r>
              <w:t xml:space="preserve"> </w:t>
            </w:r>
            <w:proofErr w:type="spellStart"/>
            <w:r>
              <w:t>municipais</w:t>
            </w:r>
            <w:proofErr w:type="spellEnd"/>
          </w:p>
          <w:p w14:paraId="165231DB" w14:textId="3C664776" w:rsidR="007B63AE" w:rsidRDefault="007B63AE" w:rsidP="007B63AE">
            <w:r>
              <w:t xml:space="preserve">Lei nº 7421/2003 Meia-entrada para </w:t>
            </w:r>
            <w:proofErr w:type="spellStart"/>
            <w:r>
              <w:t>professores</w:t>
            </w:r>
            <w:proofErr w:type="spellEnd"/>
            <w:r>
              <w:t xml:space="preserve"> da rede </w:t>
            </w:r>
            <w:proofErr w:type="spellStart"/>
            <w:r>
              <w:t>pública</w:t>
            </w:r>
            <w:proofErr w:type="spellEnd"/>
            <w:r>
              <w:t xml:space="preserve"> municipal, </w:t>
            </w:r>
            <w:proofErr w:type="spellStart"/>
            <w:r>
              <w:t>estadual</w:t>
            </w:r>
            <w:proofErr w:type="spellEnd"/>
            <w:r>
              <w:t>, federal e particular</w:t>
            </w:r>
          </w:p>
          <w:p w14:paraId="6CE45B90" w14:textId="77777777" w:rsidR="00FD1FF9" w:rsidRDefault="00FD1FF9" w:rsidP="007B63AE"/>
          <w:p w14:paraId="0DE8AC16" w14:textId="1CBDBEB0" w:rsidR="007B63AE" w:rsidRDefault="00F72C14" w:rsidP="007B63AE">
            <w:proofErr w:type="spellStart"/>
            <w:r w:rsidRPr="00F72C14">
              <w:rPr>
                <w:highlight w:val="magenta"/>
              </w:rPr>
              <w:t>Confirmando</w:t>
            </w:r>
            <w:proofErr w:type="spellEnd"/>
            <w:r w:rsidRPr="00F72C14">
              <w:rPr>
                <w:highlight w:val="magenta"/>
              </w:rPr>
              <w:t xml:space="preserve">: 2 </w:t>
            </w:r>
            <w:proofErr w:type="spellStart"/>
            <w:r w:rsidRPr="00F72C14">
              <w:rPr>
                <w:highlight w:val="magenta"/>
              </w:rPr>
              <w:t>cortesias</w:t>
            </w:r>
            <w:proofErr w:type="spellEnd"/>
            <w:r w:rsidRPr="00F72C14">
              <w:rPr>
                <w:highlight w:val="magenta"/>
              </w:rPr>
              <w:t xml:space="preserve"> </w:t>
            </w:r>
            <w:proofErr w:type="spellStart"/>
            <w:r w:rsidRPr="00F72C14">
              <w:rPr>
                <w:highlight w:val="magenta"/>
              </w:rPr>
              <w:t>diárias</w:t>
            </w:r>
            <w:proofErr w:type="spellEnd"/>
            <w:r w:rsidRPr="00F72C14">
              <w:rPr>
                <w:highlight w:val="magenta"/>
              </w:rPr>
              <w:t xml:space="preserve"> para </w:t>
            </w:r>
            <w:proofErr w:type="spellStart"/>
            <w:r w:rsidRPr="00F72C14">
              <w:rPr>
                <w:highlight w:val="magenta"/>
              </w:rPr>
              <w:t>policiais</w:t>
            </w:r>
            <w:proofErr w:type="spellEnd"/>
            <w:r w:rsidRPr="00F72C14">
              <w:rPr>
                <w:highlight w:val="magenta"/>
              </w:rPr>
              <w:t xml:space="preserve"> </w:t>
            </w:r>
            <w:proofErr w:type="spellStart"/>
            <w:r w:rsidRPr="00F72C14">
              <w:rPr>
                <w:highlight w:val="magenta"/>
              </w:rPr>
              <w:t>militares</w:t>
            </w:r>
            <w:proofErr w:type="spellEnd"/>
            <w:r w:rsidRPr="00F72C14">
              <w:rPr>
                <w:highlight w:val="magenta"/>
              </w:rPr>
              <w:t xml:space="preserve"> (</w:t>
            </w:r>
            <w:proofErr w:type="spellStart"/>
            <w:r w:rsidRPr="00F72C14">
              <w:rPr>
                <w:highlight w:val="magenta"/>
              </w:rPr>
              <w:t>politica</w:t>
            </w:r>
            <w:proofErr w:type="spellEnd"/>
            <w:r w:rsidRPr="00F72C14">
              <w:rPr>
                <w:highlight w:val="magenta"/>
              </w:rPr>
              <w:t xml:space="preserve"> da boa </w:t>
            </w:r>
            <w:proofErr w:type="spellStart"/>
            <w:r w:rsidRPr="00F72C14">
              <w:rPr>
                <w:highlight w:val="magenta"/>
              </w:rPr>
              <w:t>vizinhança</w:t>
            </w:r>
            <w:proofErr w:type="spellEnd"/>
            <w:r w:rsidRPr="00F72C14">
              <w:rPr>
                <w:highlight w:val="magenta"/>
              </w:rPr>
              <w:t xml:space="preserve">). Por lei – </w:t>
            </w:r>
            <w:proofErr w:type="spellStart"/>
            <w:r w:rsidRPr="00F72C14">
              <w:rPr>
                <w:highlight w:val="magenta"/>
              </w:rPr>
              <w:t>apenas</w:t>
            </w:r>
            <w:proofErr w:type="spellEnd"/>
            <w:r w:rsidRPr="00F72C14">
              <w:rPr>
                <w:highlight w:val="magenta"/>
              </w:rPr>
              <w:t xml:space="preserve"> </w:t>
            </w:r>
            <w:proofErr w:type="spellStart"/>
            <w:r w:rsidRPr="00F72C14">
              <w:rPr>
                <w:highlight w:val="magenta"/>
              </w:rPr>
              <w:t>direito</w:t>
            </w:r>
            <w:proofErr w:type="spellEnd"/>
            <w:r w:rsidRPr="00F72C14">
              <w:rPr>
                <w:highlight w:val="magenta"/>
              </w:rPr>
              <w:t xml:space="preserve"> a </w:t>
            </w:r>
            <w:proofErr w:type="spellStart"/>
            <w:r w:rsidRPr="00F72C14">
              <w:rPr>
                <w:highlight w:val="magenta"/>
              </w:rPr>
              <w:t>meia</w:t>
            </w:r>
            <w:proofErr w:type="spellEnd"/>
            <w:r w:rsidRPr="00F72C14">
              <w:rPr>
                <w:highlight w:val="magenta"/>
              </w:rPr>
              <w:t xml:space="preserve"> entrada</w:t>
            </w:r>
            <w:r w:rsidR="00E808AB">
              <w:t xml:space="preserve">. </w:t>
            </w:r>
            <w:r w:rsidR="006945D0">
              <w:t xml:space="preserve">Ariane </w:t>
            </w:r>
            <w:proofErr w:type="spellStart"/>
            <w:r w:rsidR="006945D0">
              <w:t>autorizou</w:t>
            </w:r>
            <w:proofErr w:type="spellEnd"/>
            <w:r w:rsidR="006945D0">
              <w:t xml:space="preserve"> a </w:t>
            </w:r>
            <w:proofErr w:type="spellStart"/>
            <w:r w:rsidR="006945D0">
              <w:t>manter</w:t>
            </w:r>
            <w:proofErr w:type="spellEnd"/>
            <w:r w:rsidR="006945D0">
              <w:t xml:space="preserve"> </w:t>
            </w:r>
            <w:proofErr w:type="spellStart"/>
            <w:r w:rsidR="006945D0">
              <w:t>em</w:t>
            </w:r>
            <w:proofErr w:type="spellEnd"/>
            <w:r w:rsidR="006945D0">
              <w:t xml:space="preserve"> 09.06.2026 </w:t>
            </w:r>
            <w:proofErr w:type="spellStart"/>
            <w:r w:rsidR="006945D0">
              <w:t>por</w:t>
            </w:r>
            <w:proofErr w:type="spellEnd"/>
            <w:r w:rsidR="006945D0">
              <w:t xml:space="preserve"> </w:t>
            </w:r>
            <w:proofErr w:type="spellStart"/>
            <w:r w:rsidR="006945D0">
              <w:t>whats</w:t>
            </w:r>
            <w:proofErr w:type="spellEnd"/>
            <w:r w:rsidR="006945D0">
              <w:t>.</w:t>
            </w:r>
          </w:p>
        </w:tc>
        <w:tc>
          <w:tcPr>
            <w:tcW w:w="5997" w:type="dxa"/>
          </w:tcPr>
          <w:p w14:paraId="7ECBB53E" w14:textId="3AD05189" w:rsidR="007B63AE" w:rsidRDefault="007B63AE" w:rsidP="007B63AE">
            <w:r>
              <w:lastRenderedPageBreak/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22235/2024 – </w:t>
            </w:r>
            <w:r>
              <w:lastRenderedPageBreak/>
              <w:t xml:space="preserve">Meia-entrada para </w:t>
            </w:r>
            <w:proofErr w:type="spellStart"/>
            <w:r>
              <w:t>profissionais</w:t>
            </w:r>
            <w:proofErr w:type="spellEnd"/>
            <w:r>
              <w:t xml:space="preserve"> da saude</w:t>
            </w:r>
          </w:p>
          <w:p w14:paraId="76B86FA4" w14:textId="77777777" w:rsidR="007B63AE" w:rsidRDefault="007B63AE" w:rsidP="007B63AE">
            <w:r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13964/2002 – Meia-entrada para </w:t>
            </w:r>
            <w:proofErr w:type="spellStart"/>
            <w:r>
              <w:t>doadores</w:t>
            </w:r>
            <w:proofErr w:type="spellEnd"/>
            <w:r>
              <w:t xml:space="preserve"> de </w:t>
            </w:r>
            <w:proofErr w:type="spellStart"/>
            <w:r>
              <w:t>sangue</w:t>
            </w:r>
            <w:proofErr w:type="spellEnd"/>
            <w:r>
              <w:br/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18445/2015 Meia entrada a </w:t>
            </w:r>
            <w:proofErr w:type="spellStart"/>
            <w:r>
              <w:t>portadores</w:t>
            </w:r>
            <w:proofErr w:type="spellEnd"/>
            <w:r>
              <w:t xml:space="preserve"> de cancer</w:t>
            </w:r>
          </w:p>
          <w:p w14:paraId="6155D634" w14:textId="77777777" w:rsidR="007B63AE" w:rsidRDefault="007B63AE" w:rsidP="007B63AE"/>
          <w:p w14:paraId="449B8221" w14:textId="77777777" w:rsidR="00762CFE" w:rsidRPr="00762CFE" w:rsidRDefault="00762CFE" w:rsidP="00762CFE">
            <w:pPr>
              <w:rPr>
                <w:lang w:val="pt-BR"/>
              </w:rPr>
            </w:pPr>
            <w:r w:rsidRPr="00762CFE">
              <w:rPr>
                <w:lang w:val="pt-BR"/>
              </w:rPr>
              <w:t xml:space="preserve">No Estado do Paraná, pessoas em </w:t>
            </w:r>
            <w:r w:rsidRPr="00762CFE">
              <w:rPr>
                <w:b/>
                <w:bCs/>
                <w:lang w:val="pt-BR"/>
              </w:rPr>
              <w:t>tratamento oncológico (câncer)</w:t>
            </w:r>
            <w:r w:rsidRPr="00762CFE">
              <w:rPr>
                <w:lang w:val="pt-BR"/>
              </w:rPr>
              <w:t xml:space="preserve"> têm direito à meia-entrada em eventos culturais, esportivos e de lazer, como cinemas, teatros e shows.</w:t>
            </w:r>
          </w:p>
          <w:p w14:paraId="321E90C0" w14:textId="2E1A68A0" w:rsidR="00762CFE" w:rsidRDefault="00762CFE" w:rsidP="004638D6">
            <w:r w:rsidRPr="00762CFE">
              <w:rPr>
                <w:lang w:val="pt-BR"/>
              </w:rPr>
              <w:t>Esse direito é garantido pela Lei Estadual nº 18.445/2015, que assegura o benefício aos portadores de neoplasia maligna. Para utilização, é necessário apresentar um documento médico que comprove o tratamento, como atestado com CID da doença, além de documento de identificação com foto</w:t>
            </w:r>
            <w:r w:rsidR="004638D6">
              <w:rPr>
                <w:lang w:val="pt-BR"/>
              </w:rPr>
              <w:t>.</w:t>
            </w:r>
          </w:p>
        </w:tc>
        <w:tc>
          <w:tcPr>
            <w:tcW w:w="1466" w:type="dxa"/>
          </w:tcPr>
          <w:p w14:paraId="59A3D789" w14:textId="77777777" w:rsidR="007B63AE" w:rsidRDefault="007B63AE" w:rsidP="007B63AE">
            <w:r>
              <w:lastRenderedPageBreak/>
              <w:t xml:space="preserve">Lei Federal </w:t>
            </w:r>
            <w:r>
              <w:lastRenderedPageBreak/>
              <w:t>nº 12.933/2013</w:t>
            </w:r>
          </w:p>
        </w:tc>
        <w:tc>
          <w:tcPr>
            <w:tcW w:w="2864" w:type="dxa"/>
          </w:tcPr>
          <w:p w14:paraId="7D908F0A" w14:textId="4455442A" w:rsidR="007B63AE" w:rsidRDefault="007B63AE" w:rsidP="007B63AE">
            <w:r>
              <w:lastRenderedPageBreak/>
              <w:t xml:space="preserve">Lei Federal nº 12.933/2013 </w:t>
            </w:r>
            <w:r>
              <w:lastRenderedPageBreak/>
              <w:t>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284EB54A" w14:textId="77777777" w:rsidTr="00FD1FF9">
        <w:tc>
          <w:tcPr>
            <w:tcW w:w="1267" w:type="dxa"/>
          </w:tcPr>
          <w:p w14:paraId="14535077" w14:textId="77777777" w:rsidR="007B63AE" w:rsidRDefault="007B63AE" w:rsidP="007B63AE">
            <w:r>
              <w:lastRenderedPageBreak/>
              <w:t>Porto Velho (RO)</w:t>
            </w:r>
          </w:p>
        </w:tc>
        <w:tc>
          <w:tcPr>
            <w:tcW w:w="293" w:type="dxa"/>
          </w:tcPr>
          <w:p w14:paraId="73607D80" w14:textId="3EED871D" w:rsidR="007B63AE" w:rsidRDefault="007B63AE" w:rsidP="007B63AE">
            <w:r>
              <w:t xml:space="preserve">Lei nº 4.169/2001 </w:t>
            </w:r>
            <w:r w:rsidR="001D00A2">
              <w:t>–</w:t>
            </w:r>
            <w:r>
              <w:t xml:space="preserve"> </w:t>
            </w:r>
            <w:proofErr w:type="spellStart"/>
            <w:r w:rsidR="00B7346D" w:rsidRPr="00B7346D">
              <w:rPr>
                <w:highlight w:val="yellow"/>
              </w:rPr>
              <w:t>G</w:t>
            </w:r>
            <w:r w:rsidR="001D00A2" w:rsidRPr="00B7346D">
              <w:rPr>
                <w:highlight w:val="yellow"/>
              </w:rPr>
              <w:t>ra</w:t>
            </w:r>
            <w:r w:rsidR="001D00A2" w:rsidRPr="001D00A2">
              <w:rPr>
                <w:highlight w:val="yellow"/>
              </w:rPr>
              <w:t>tuidade</w:t>
            </w:r>
            <w:proofErr w:type="spellEnd"/>
            <w:r w:rsidR="001D00A2" w:rsidRPr="001D00A2">
              <w:rPr>
                <w:highlight w:val="yellow"/>
              </w:rPr>
              <w:t>/</w:t>
            </w:r>
            <w:proofErr w:type="spellStart"/>
            <w:r w:rsidR="001D00A2" w:rsidRPr="001D00A2">
              <w:rPr>
                <w:highlight w:val="yellow"/>
              </w:rPr>
              <w:t>cortesia</w:t>
            </w:r>
            <w:proofErr w:type="spellEnd"/>
            <w:r w:rsidR="001D00A2" w:rsidRPr="001D00A2">
              <w:rPr>
                <w:highlight w:val="yellow"/>
              </w:rPr>
              <w:t>/</w:t>
            </w:r>
            <w:proofErr w:type="spellStart"/>
            <w:r w:rsidR="001D00A2" w:rsidRPr="001D00A2">
              <w:rPr>
                <w:highlight w:val="yellow"/>
              </w:rPr>
              <w:t>i</w:t>
            </w:r>
            <w:r w:rsidRPr="001D00A2">
              <w:rPr>
                <w:highlight w:val="yellow"/>
              </w:rPr>
              <w:t>senção</w:t>
            </w:r>
            <w:proofErr w:type="spellEnd"/>
            <w:r>
              <w:t xml:space="preserve"> para </w:t>
            </w:r>
            <w:proofErr w:type="spellStart"/>
            <w:r>
              <w:t>maiores</w:t>
            </w:r>
            <w:proofErr w:type="spellEnd"/>
            <w:r>
              <w:t xml:space="preserve"> de 65 </w:t>
            </w:r>
            <w:proofErr w:type="spellStart"/>
            <w:r>
              <w:t>anos</w:t>
            </w:r>
            <w:proofErr w:type="spellEnd"/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</w:t>
            </w:r>
            <w:proofErr w:type="spellStart"/>
            <w:r>
              <w:t>eventos</w:t>
            </w:r>
            <w:proofErr w:type="spellEnd"/>
            <w:r>
              <w:t xml:space="preserve"> </w:t>
            </w:r>
            <w:proofErr w:type="spellStart"/>
            <w:r>
              <w:t>culturais</w:t>
            </w:r>
            <w:proofErr w:type="spellEnd"/>
            <w:r>
              <w:t xml:space="preserve"> e </w:t>
            </w:r>
            <w:proofErr w:type="spellStart"/>
            <w:r>
              <w:t>esportivos</w:t>
            </w:r>
            <w:proofErr w:type="spellEnd"/>
            <w:r>
              <w:br/>
              <w:t xml:space="preserve">Lei nº 2124/2014 e 2583/2019 Meia-entrada a Jovens de 15 a 29 </w:t>
            </w:r>
            <w:proofErr w:type="spellStart"/>
            <w:r>
              <w:t>anos</w:t>
            </w:r>
            <w:proofErr w:type="spellEnd"/>
            <w:r>
              <w:t xml:space="preserve"> e </w:t>
            </w:r>
            <w:proofErr w:type="spellStart"/>
            <w:r>
              <w:t>estudantes</w:t>
            </w:r>
            <w:proofErr w:type="spellEnd"/>
          </w:p>
          <w:p w14:paraId="14A321D5" w14:textId="77777777" w:rsidR="007B63AE" w:rsidRDefault="007B63AE" w:rsidP="007B63AE">
            <w:r>
              <w:t xml:space="preserve">Lei nº 1529/2003 Meia-entrada para </w:t>
            </w:r>
            <w:proofErr w:type="spellStart"/>
            <w:r>
              <w:t>idosos</w:t>
            </w:r>
            <w:proofErr w:type="spellEnd"/>
          </w:p>
          <w:p w14:paraId="5B429C87" w14:textId="4BB6D4D0" w:rsidR="007B63AE" w:rsidRDefault="007B63AE" w:rsidP="007B63AE">
            <w:r>
              <w:t xml:space="preserve">Lei nº 2351/2016 Meia entrada para </w:t>
            </w:r>
            <w:proofErr w:type="spellStart"/>
            <w:r>
              <w:t>Policiais</w:t>
            </w:r>
            <w:proofErr w:type="spellEnd"/>
            <w:r>
              <w:t xml:space="preserve"> </w:t>
            </w:r>
            <w:proofErr w:type="spellStart"/>
            <w:r>
              <w:t>Militares</w:t>
            </w:r>
            <w:proofErr w:type="spellEnd"/>
            <w:r>
              <w:t xml:space="preserve">, Civis, </w:t>
            </w:r>
            <w:proofErr w:type="spellStart"/>
            <w:r>
              <w:t>Federais</w:t>
            </w:r>
            <w:proofErr w:type="spellEnd"/>
            <w:r>
              <w:t xml:space="preserve">, </w:t>
            </w:r>
            <w:proofErr w:type="spellStart"/>
            <w:r>
              <w:t>Bombeiros</w:t>
            </w:r>
            <w:proofErr w:type="spellEnd"/>
            <w:r>
              <w:t xml:space="preserve">, </w:t>
            </w:r>
            <w:proofErr w:type="spellStart"/>
            <w:r>
              <w:t>Agentes</w:t>
            </w:r>
            <w:proofErr w:type="spellEnd"/>
            <w:r>
              <w:t xml:space="preserve"> </w:t>
            </w:r>
            <w:proofErr w:type="spellStart"/>
            <w:r>
              <w:t>Penitenciários</w:t>
            </w:r>
            <w:proofErr w:type="spellEnd"/>
            <w:r>
              <w:t xml:space="preserve"> e </w:t>
            </w:r>
            <w:proofErr w:type="spellStart"/>
            <w:r>
              <w:t>Sócio</w:t>
            </w:r>
            <w:proofErr w:type="spellEnd"/>
            <w:r>
              <w:t xml:space="preserve"> </w:t>
            </w:r>
            <w:proofErr w:type="spellStart"/>
            <w:r>
              <w:t>Educadores</w:t>
            </w:r>
            <w:proofErr w:type="spellEnd"/>
            <w:r>
              <w:t xml:space="preserve"> do </w:t>
            </w:r>
            <w:proofErr w:type="spellStart"/>
            <w:r>
              <w:t>Município</w:t>
            </w:r>
            <w:proofErr w:type="spellEnd"/>
            <w:r>
              <w:br/>
              <w:t xml:space="preserve">Lei nº 2742/2020 Meia-entrada para </w:t>
            </w:r>
            <w:proofErr w:type="spellStart"/>
            <w:r>
              <w:t>doador</w:t>
            </w:r>
            <w:proofErr w:type="spellEnd"/>
            <w:r>
              <w:t xml:space="preserve"> de </w:t>
            </w:r>
            <w:proofErr w:type="spellStart"/>
            <w:r>
              <w:t>sangue</w:t>
            </w:r>
            <w:proofErr w:type="spellEnd"/>
            <w:r>
              <w:t xml:space="preserve"> e </w:t>
            </w:r>
            <w:proofErr w:type="spellStart"/>
            <w:r>
              <w:t>medula</w:t>
            </w:r>
            <w:proofErr w:type="spellEnd"/>
            <w:r>
              <w:t xml:space="preserve"> </w:t>
            </w:r>
            <w:proofErr w:type="spellStart"/>
            <w:r>
              <w:t>óssea</w:t>
            </w:r>
            <w:proofErr w:type="spellEnd"/>
            <w:r>
              <w:t xml:space="preserve"> (a </w:t>
            </w:r>
            <w:proofErr w:type="spellStart"/>
            <w:r>
              <w:t>última</w:t>
            </w:r>
            <w:proofErr w:type="spellEnd"/>
            <w:r>
              <w:t xml:space="preserve"> </w:t>
            </w:r>
            <w:proofErr w:type="spellStart"/>
            <w:r>
              <w:t>doação</w:t>
            </w:r>
            <w:proofErr w:type="spellEnd"/>
            <w:r>
              <w:t xml:space="preserve"> </w:t>
            </w:r>
            <w:proofErr w:type="spellStart"/>
            <w:r>
              <w:t>não</w:t>
            </w:r>
            <w:proofErr w:type="spellEnd"/>
            <w:r>
              <w:t xml:space="preserve"> </w:t>
            </w:r>
            <w:proofErr w:type="spellStart"/>
            <w:r>
              <w:t>poderão</w:t>
            </w:r>
            <w:proofErr w:type="spellEnd"/>
            <w:r>
              <w:t xml:space="preserve"> </w:t>
            </w:r>
            <w:proofErr w:type="spellStart"/>
            <w:r>
              <w:t>ultrapassar</w:t>
            </w:r>
            <w:proofErr w:type="spellEnd"/>
            <w:r>
              <w:t xml:space="preserve"> 04 meses)</w:t>
            </w:r>
          </w:p>
        </w:tc>
        <w:tc>
          <w:tcPr>
            <w:tcW w:w="5997" w:type="dxa"/>
          </w:tcPr>
          <w:p w14:paraId="257BC2D5" w14:textId="77777777" w:rsidR="007B63AE" w:rsidRDefault="007B63AE" w:rsidP="007B63AE">
            <w:proofErr w:type="spellStart"/>
            <w:r>
              <w:t>Consultar</w:t>
            </w:r>
            <w:proofErr w:type="spellEnd"/>
            <w:r>
              <w:t xml:space="preserve"> </w:t>
            </w:r>
            <w:proofErr w:type="spellStart"/>
            <w:r>
              <w:t>legislação</w:t>
            </w:r>
            <w:proofErr w:type="spellEnd"/>
            <w:r>
              <w:t xml:space="preserve"> </w:t>
            </w:r>
            <w:proofErr w:type="spellStart"/>
            <w:r>
              <w:t>estadual</w:t>
            </w:r>
            <w:proofErr w:type="spellEnd"/>
            <w:r>
              <w:t xml:space="preserve"> </w:t>
            </w:r>
            <w:proofErr w:type="spellStart"/>
            <w:r>
              <w:t>específica</w:t>
            </w:r>
            <w:proofErr w:type="spellEnd"/>
            <w:r>
              <w:t xml:space="preserve"> (</w:t>
            </w:r>
            <w:proofErr w:type="spellStart"/>
            <w:r>
              <w:t>não</w:t>
            </w:r>
            <w:proofErr w:type="spellEnd"/>
            <w:r>
              <w:t xml:space="preserve"> </w:t>
            </w:r>
            <w:proofErr w:type="spellStart"/>
            <w:r>
              <w:t>encontrada</w:t>
            </w:r>
            <w:proofErr w:type="spellEnd"/>
            <w:r>
              <w:t xml:space="preserve"> </w:t>
            </w:r>
            <w:proofErr w:type="spellStart"/>
            <w:r>
              <w:t>explicitamente</w:t>
            </w:r>
            <w:proofErr w:type="spellEnd"/>
            <w:r>
              <w:t>)</w:t>
            </w:r>
          </w:p>
        </w:tc>
        <w:tc>
          <w:tcPr>
            <w:tcW w:w="1466" w:type="dxa"/>
          </w:tcPr>
          <w:p w14:paraId="17EE2C6A" w14:textId="77777777" w:rsidR="007B63AE" w:rsidRDefault="007B63AE" w:rsidP="007B63AE">
            <w:r>
              <w:t>Lei Federal nº 12.933/2013</w:t>
            </w:r>
          </w:p>
        </w:tc>
        <w:tc>
          <w:tcPr>
            <w:tcW w:w="2864" w:type="dxa"/>
          </w:tcPr>
          <w:p w14:paraId="272A997A" w14:textId="1624DBF2" w:rsidR="007B63AE" w:rsidRDefault="007B63AE" w:rsidP="007B63AE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5F9A7763" w14:textId="77777777" w:rsidTr="00FD1FF9">
        <w:tc>
          <w:tcPr>
            <w:tcW w:w="1267" w:type="dxa"/>
          </w:tcPr>
          <w:p w14:paraId="6E8D94CC" w14:textId="77777777" w:rsidR="007B63AE" w:rsidRDefault="007B63AE" w:rsidP="007B63AE">
            <w:r>
              <w:t>Rio Branco (AC)</w:t>
            </w:r>
          </w:p>
        </w:tc>
        <w:tc>
          <w:tcPr>
            <w:tcW w:w="293" w:type="dxa"/>
          </w:tcPr>
          <w:p w14:paraId="61900074" w14:textId="77777777" w:rsidR="007B63AE" w:rsidRDefault="007B63AE" w:rsidP="007B63AE">
            <w:r>
              <w:t>Lei nº 2249/2017 Meia-entrada PCD</w:t>
            </w:r>
          </w:p>
          <w:p w14:paraId="37767242" w14:textId="77777777" w:rsidR="007B63AE" w:rsidRDefault="007B63AE" w:rsidP="007B63AE">
            <w:r>
              <w:t xml:space="preserve">Lei nº 1990/2013 Meia-entrada para </w:t>
            </w:r>
            <w:proofErr w:type="spellStart"/>
            <w:r>
              <w:t>professores</w:t>
            </w:r>
            <w:proofErr w:type="spellEnd"/>
            <w:r>
              <w:t xml:space="preserve"> do Ensino infantile e fundamental da rede </w:t>
            </w:r>
            <w:proofErr w:type="spellStart"/>
            <w:r>
              <w:t>pública</w:t>
            </w:r>
            <w:proofErr w:type="spellEnd"/>
            <w:r>
              <w:t xml:space="preserve"> e </w:t>
            </w:r>
            <w:proofErr w:type="spellStart"/>
            <w:r>
              <w:t>privada</w:t>
            </w:r>
            <w:proofErr w:type="spellEnd"/>
          </w:p>
          <w:p w14:paraId="489249CC" w14:textId="32547026" w:rsidR="006351A8" w:rsidRDefault="006351A8" w:rsidP="007B63AE">
            <w:r w:rsidRPr="006351A8">
              <w:rPr>
                <w:highlight w:val="yellow"/>
              </w:rPr>
              <w:t>A</w:t>
            </w:r>
            <w:r w:rsidR="006B5ADA">
              <w:rPr>
                <w:highlight w:val="yellow"/>
              </w:rPr>
              <w:t xml:space="preserve"> Cine Araujo concede </w:t>
            </w:r>
            <w:proofErr w:type="spellStart"/>
            <w:r w:rsidR="006B5ADA">
              <w:rPr>
                <w:highlight w:val="yellow"/>
              </w:rPr>
              <w:t>cortesia</w:t>
            </w:r>
            <w:proofErr w:type="spellEnd"/>
            <w:r w:rsidR="006B5ADA">
              <w:rPr>
                <w:highlight w:val="yellow"/>
              </w:rPr>
              <w:t>/</w:t>
            </w:r>
            <w:proofErr w:type="spellStart"/>
            <w:r w:rsidR="006B5ADA">
              <w:rPr>
                <w:highlight w:val="yellow"/>
              </w:rPr>
              <w:t>gratuidade</w:t>
            </w:r>
            <w:proofErr w:type="spellEnd"/>
            <w:r w:rsidR="006B5ADA">
              <w:rPr>
                <w:highlight w:val="yellow"/>
              </w:rPr>
              <w:t xml:space="preserve"> </w:t>
            </w:r>
            <w:proofErr w:type="spellStart"/>
            <w:r w:rsidR="006B5ADA">
              <w:rPr>
                <w:highlight w:val="yellow"/>
              </w:rPr>
              <w:t>ao</w:t>
            </w:r>
            <w:proofErr w:type="spellEnd"/>
            <w:r w:rsidR="00E41AC2">
              <w:rPr>
                <w:highlight w:val="yellow"/>
              </w:rPr>
              <w:t xml:space="preserve"> </w:t>
            </w:r>
            <w:r w:rsidRPr="006351A8">
              <w:rPr>
                <w:highlight w:val="yellow"/>
              </w:rPr>
              <w:t>TEA (</w:t>
            </w:r>
            <w:proofErr w:type="spellStart"/>
            <w:r w:rsidRPr="006351A8">
              <w:rPr>
                <w:highlight w:val="yellow"/>
              </w:rPr>
              <w:t>Transtorno</w:t>
            </w:r>
            <w:proofErr w:type="spellEnd"/>
            <w:r w:rsidRPr="006351A8">
              <w:rPr>
                <w:highlight w:val="yellow"/>
              </w:rPr>
              <w:t xml:space="preserve"> do </w:t>
            </w:r>
            <w:proofErr w:type="spellStart"/>
            <w:r w:rsidRPr="006B5ADA">
              <w:rPr>
                <w:highlight w:val="yellow"/>
              </w:rPr>
              <w:t>Espectro</w:t>
            </w:r>
            <w:proofErr w:type="spellEnd"/>
            <w:r w:rsidRPr="006B5ADA">
              <w:rPr>
                <w:highlight w:val="yellow"/>
              </w:rPr>
              <w:t xml:space="preserve"> </w:t>
            </w:r>
            <w:proofErr w:type="spellStart"/>
            <w:r w:rsidRPr="006B5ADA">
              <w:rPr>
                <w:highlight w:val="yellow"/>
              </w:rPr>
              <w:t>Autista</w:t>
            </w:r>
            <w:proofErr w:type="spellEnd"/>
            <w:r w:rsidRPr="006B5ADA">
              <w:rPr>
                <w:highlight w:val="yellow"/>
              </w:rPr>
              <w:t>)</w:t>
            </w:r>
            <w:r w:rsidR="00F21C3A">
              <w:rPr>
                <w:highlight w:val="yellow"/>
              </w:rPr>
              <w:t xml:space="preserve"> e </w:t>
            </w:r>
            <w:proofErr w:type="spellStart"/>
            <w:r w:rsidR="00F21C3A">
              <w:rPr>
                <w:highlight w:val="yellow"/>
              </w:rPr>
              <w:t>ao</w:t>
            </w:r>
            <w:proofErr w:type="spellEnd"/>
            <w:r w:rsidR="00F21C3A">
              <w:rPr>
                <w:highlight w:val="yellow"/>
              </w:rPr>
              <w:t xml:space="preserve"> </w:t>
            </w:r>
            <w:proofErr w:type="spellStart"/>
            <w:r w:rsidR="00F21C3A">
              <w:rPr>
                <w:highlight w:val="yellow"/>
              </w:rPr>
              <w:t>acompanhante</w:t>
            </w:r>
            <w:proofErr w:type="spellEnd"/>
            <w:r w:rsidRPr="006B5ADA">
              <w:rPr>
                <w:highlight w:val="yellow"/>
              </w:rPr>
              <w:t>.</w:t>
            </w:r>
            <w:r w:rsidR="006B5ADA" w:rsidRPr="006B5ADA">
              <w:rPr>
                <w:highlight w:val="yellow"/>
              </w:rPr>
              <w:t xml:space="preserve"> </w:t>
            </w:r>
            <w:proofErr w:type="spellStart"/>
            <w:r w:rsidR="006B5ADA" w:rsidRPr="006B5ADA">
              <w:rPr>
                <w:highlight w:val="yellow"/>
              </w:rPr>
              <w:t>Decidido</w:t>
            </w:r>
            <w:proofErr w:type="spellEnd"/>
            <w:r w:rsidR="006B5ADA" w:rsidRPr="006B5ADA">
              <w:rPr>
                <w:highlight w:val="yellow"/>
              </w:rPr>
              <w:t xml:space="preserve"> pela Diretoria da Cine Araujo.</w:t>
            </w:r>
            <w:r w:rsidR="00F21C3A">
              <w:t xml:space="preserve"> (e-mail Dr. Bruno </w:t>
            </w:r>
            <w:proofErr w:type="spellStart"/>
            <w:r w:rsidR="00F21C3A">
              <w:lastRenderedPageBreak/>
              <w:t>em</w:t>
            </w:r>
            <w:proofErr w:type="spellEnd"/>
            <w:r w:rsidR="00F21C3A">
              <w:t xml:space="preserve"> 19.10.2021)</w:t>
            </w:r>
            <w:r w:rsidR="00F72C14">
              <w:br/>
            </w:r>
            <w:r w:rsidR="00F72C14">
              <w:br/>
            </w:r>
            <w:proofErr w:type="spellStart"/>
            <w:r w:rsidR="00F72C14" w:rsidRPr="00F72C14">
              <w:rPr>
                <w:highlight w:val="magenta"/>
              </w:rPr>
              <w:t>Confirmando</w:t>
            </w:r>
            <w:proofErr w:type="spellEnd"/>
            <w:r w:rsidR="00F72C14" w:rsidRPr="00F72C14">
              <w:rPr>
                <w:highlight w:val="magenta"/>
              </w:rPr>
              <w:t xml:space="preserve">: </w:t>
            </w:r>
            <w:proofErr w:type="spellStart"/>
            <w:r w:rsidR="00F72C14" w:rsidRPr="00F72C14">
              <w:rPr>
                <w:highlight w:val="magenta"/>
              </w:rPr>
              <w:t>gratuidade</w:t>
            </w:r>
            <w:proofErr w:type="spellEnd"/>
            <w:r w:rsidR="00F72C14" w:rsidRPr="00F72C14">
              <w:rPr>
                <w:highlight w:val="magenta"/>
              </w:rPr>
              <w:t xml:space="preserve"> </w:t>
            </w:r>
            <w:proofErr w:type="spellStart"/>
            <w:r w:rsidR="00F72C14" w:rsidRPr="00F72C14">
              <w:rPr>
                <w:highlight w:val="magenta"/>
              </w:rPr>
              <w:t>ao</w:t>
            </w:r>
            <w:proofErr w:type="spellEnd"/>
            <w:r w:rsidR="00F72C14" w:rsidRPr="00F72C14">
              <w:rPr>
                <w:highlight w:val="magenta"/>
              </w:rPr>
              <w:t xml:space="preserve"> fiscal do </w:t>
            </w:r>
            <w:proofErr w:type="spellStart"/>
            <w:r w:rsidR="00F72C14" w:rsidRPr="00F72C14">
              <w:rPr>
                <w:highlight w:val="magenta"/>
              </w:rPr>
              <w:t>Conselho</w:t>
            </w:r>
            <w:proofErr w:type="spellEnd"/>
            <w:r w:rsidR="00F72C14" w:rsidRPr="00F72C14">
              <w:rPr>
                <w:highlight w:val="magenta"/>
              </w:rPr>
              <w:t xml:space="preserve"> Tutelar.</w:t>
            </w:r>
            <w:r w:rsidR="00E808AB">
              <w:t xml:space="preserve"> </w:t>
            </w:r>
            <w:r w:rsidR="006945D0">
              <w:t xml:space="preserve">Ariane </w:t>
            </w:r>
            <w:proofErr w:type="spellStart"/>
            <w:r w:rsidR="006945D0">
              <w:t>autorizou</w:t>
            </w:r>
            <w:proofErr w:type="spellEnd"/>
            <w:r w:rsidR="006945D0">
              <w:t xml:space="preserve"> a </w:t>
            </w:r>
            <w:proofErr w:type="spellStart"/>
            <w:r w:rsidR="006945D0">
              <w:t>manter</w:t>
            </w:r>
            <w:proofErr w:type="spellEnd"/>
            <w:r w:rsidR="006945D0">
              <w:t xml:space="preserve"> </w:t>
            </w:r>
            <w:proofErr w:type="spellStart"/>
            <w:r w:rsidR="006945D0">
              <w:t>em</w:t>
            </w:r>
            <w:proofErr w:type="spellEnd"/>
            <w:r w:rsidR="006945D0">
              <w:t xml:space="preserve"> 09.06.2026 </w:t>
            </w:r>
            <w:proofErr w:type="spellStart"/>
            <w:r w:rsidR="006945D0">
              <w:t>por</w:t>
            </w:r>
            <w:proofErr w:type="spellEnd"/>
            <w:r w:rsidR="006945D0">
              <w:t xml:space="preserve"> </w:t>
            </w:r>
            <w:proofErr w:type="spellStart"/>
            <w:r w:rsidR="006945D0">
              <w:t>whats</w:t>
            </w:r>
            <w:proofErr w:type="spellEnd"/>
            <w:r w:rsidR="006945D0">
              <w:t>.</w:t>
            </w:r>
          </w:p>
        </w:tc>
        <w:tc>
          <w:tcPr>
            <w:tcW w:w="5997" w:type="dxa"/>
          </w:tcPr>
          <w:p w14:paraId="2F260255" w14:textId="77777777" w:rsidR="007B63AE" w:rsidRDefault="007B63AE" w:rsidP="007B63AE">
            <w:proofErr w:type="spellStart"/>
            <w:r>
              <w:lastRenderedPageBreak/>
              <w:t>Consultar</w:t>
            </w:r>
            <w:proofErr w:type="spellEnd"/>
            <w:r>
              <w:t xml:space="preserve"> </w:t>
            </w:r>
            <w:proofErr w:type="spellStart"/>
            <w:r>
              <w:t>legislação</w:t>
            </w:r>
            <w:proofErr w:type="spellEnd"/>
            <w:r>
              <w:t xml:space="preserve"> </w:t>
            </w:r>
            <w:proofErr w:type="spellStart"/>
            <w:r>
              <w:t>estadual</w:t>
            </w:r>
            <w:proofErr w:type="spellEnd"/>
            <w:r>
              <w:t xml:space="preserve"> </w:t>
            </w:r>
            <w:proofErr w:type="spellStart"/>
            <w:r>
              <w:t>específica</w:t>
            </w:r>
            <w:proofErr w:type="spellEnd"/>
            <w:r>
              <w:t xml:space="preserve"> (</w:t>
            </w:r>
            <w:proofErr w:type="spellStart"/>
            <w:r>
              <w:t>não</w:t>
            </w:r>
            <w:proofErr w:type="spellEnd"/>
            <w:r>
              <w:t xml:space="preserve"> </w:t>
            </w:r>
            <w:proofErr w:type="spellStart"/>
            <w:r>
              <w:t>encontrada</w:t>
            </w:r>
            <w:proofErr w:type="spellEnd"/>
            <w:r>
              <w:t xml:space="preserve"> </w:t>
            </w:r>
            <w:proofErr w:type="spellStart"/>
            <w:r>
              <w:t>explicitamente</w:t>
            </w:r>
            <w:proofErr w:type="spellEnd"/>
            <w:r>
              <w:t>)</w:t>
            </w:r>
          </w:p>
        </w:tc>
        <w:tc>
          <w:tcPr>
            <w:tcW w:w="1466" w:type="dxa"/>
          </w:tcPr>
          <w:p w14:paraId="60344DF2" w14:textId="77777777" w:rsidR="007B63AE" w:rsidRDefault="007B63AE" w:rsidP="007B63AE">
            <w:r>
              <w:t>Lei Federal nº 12.933/2013</w:t>
            </w:r>
          </w:p>
        </w:tc>
        <w:tc>
          <w:tcPr>
            <w:tcW w:w="2864" w:type="dxa"/>
          </w:tcPr>
          <w:p w14:paraId="519F194D" w14:textId="1F16A0D8" w:rsidR="007B63AE" w:rsidRDefault="007B63AE" w:rsidP="007B63AE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53E0DB62" w14:textId="77777777" w:rsidTr="00FD1FF9">
        <w:tc>
          <w:tcPr>
            <w:tcW w:w="1267" w:type="dxa"/>
          </w:tcPr>
          <w:p w14:paraId="43E2F7B1" w14:textId="77777777" w:rsidR="007B63AE" w:rsidRDefault="007B63AE" w:rsidP="007B63AE">
            <w:r>
              <w:t>São Carlos (SP)</w:t>
            </w:r>
          </w:p>
        </w:tc>
        <w:tc>
          <w:tcPr>
            <w:tcW w:w="293" w:type="dxa"/>
          </w:tcPr>
          <w:p w14:paraId="3121ED4C" w14:textId="77777777" w:rsidR="007B63AE" w:rsidRDefault="007B63AE" w:rsidP="007B63AE">
            <w:proofErr w:type="spellStart"/>
            <w:r>
              <w:t>Consultar</w:t>
            </w:r>
            <w:proofErr w:type="spellEnd"/>
            <w:r>
              <w:t xml:space="preserve"> </w:t>
            </w:r>
            <w:proofErr w:type="spellStart"/>
            <w:r>
              <w:t>legislação</w:t>
            </w:r>
            <w:proofErr w:type="spellEnd"/>
            <w:r>
              <w:t xml:space="preserve"> municipal </w:t>
            </w:r>
            <w:proofErr w:type="spellStart"/>
            <w:r>
              <w:t>específica</w:t>
            </w:r>
            <w:proofErr w:type="spellEnd"/>
            <w:r>
              <w:t xml:space="preserve"> (se </w:t>
            </w:r>
            <w:proofErr w:type="spellStart"/>
            <w:r>
              <w:t>aplicável</w:t>
            </w:r>
            <w:proofErr w:type="spellEnd"/>
            <w:r>
              <w:t>)</w:t>
            </w:r>
          </w:p>
          <w:p w14:paraId="7F1D655E" w14:textId="77777777" w:rsidR="00AC3174" w:rsidRDefault="00AC3174" w:rsidP="007B63AE"/>
          <w:p w14:paraId="75451C43" w14:textId="6D8E9E07" w:rsidR="00AC3174" w:rsidRDefault="00AC3174" w:rsidP="007B63AE">
            <w:r w:rsidRPr="00AC3174">
              <w:rPr>
                <w:b/>
                <w:bCs/>
              </w:rPr>
              <w:t xml:space="preserve">Sr. </w:t>
            </w:r>
            <w:proofErr w:type="spellStart"/>
            <w:r w:rsidRPr="00AC3174">
              <w:rPr>
                <w:b/>
                <w:bCs/>
              </w:rPr>
              <w:t>Comenale</w:t>
            </w:r>
            <w:proofErr w:type="spellEnd"/>
            <w:r>
              <w:t xml:space="preserve"> – </w:t>
            </w:r>
            <w:proofErr w:type="spellStart"/>
            <w:r>
              <w:t>possui</w:t>
            </w:r>
            <w:proofErr w:type="spellEnd"/>
            <w:r>
              <w:t xml:space="preserve"> </w:t>
            </w:r>
            <w:proofErr w:type="spellStart"/>
            <w:r>
              <w:t>acesso</w:t>
            </w:r>
            <w:proofErr w:type="spellEnd"/>
            <w:r>
              <w:t xml:space="preserve"> </w:t>
            </w:r>
            <w:proofErr w:type="spellStart"/>
            <w:r>
              <w:t>gratuito</w:t>
            </w:r>
            <w:proofErr w:type="spellEnd"/>
            <w:r>
              <w:t xml:space="preserve"> no cinema, </w:t>
            </w:r>
            <w:proofErr w:type="spellStart"/>
            <w:r>
              <w:t>em</w:t>
            </w:r>
            <w:proofErr w:type="spellEnd"/>
            <w:r>
              <w:t xml:space="preserve"> </w:t>
            </w:r>
            <w:proofErr w:type="spellStart"/>
            <w:r>
              <w:t>todos</w:t>
            </w:r>
            <w:proofErr w:type="spellEnd"/>
            <w:r>
              <w:t xml:space="preserve"> </w:t>
            </w:r>
            <w:proofErr w:type="spellStart"/>
            <w:r>
              <w:t>os</w:t>
            </w:r>
            <w:proofErr w:type="spellEnd"/>
            <w:r>
              <w:t xml:space="preserve"> cinemas.</w:t>
            </w:r>
          </w:p>
        </w:tc>
        <w:tc>
          <w:tcPr>
            <w:tcW w:w="5997" w:type="dxa"/>
          </w:tcPr>
          <w:p w14:paraId="775A23CF" w14:textId="77777777" w:rsidR="007B63AE" w:rsidRDefault="007B63AE" w:rsidP="007B63AE">
            <w:r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14.729/2012 e nº 15.298/2014 - Meia-entrada para </w:t>
            </w:r>
            <w:proofErr w:type="spellStart"/>
            <w:r>
              <w:t>professores</w:t>
            </w:r>
            <w:proofErr w:type="spellEnd"/>
            <w:r>
              <w:t xml:space="preserve"> e </w:t>
            </w:r>
            <w:proofErr w:type="spellStart"/>
            <w:r>
              <w:t>profissionais</w:t>
            </w:r>
            <w:proofErr w:type="spellEnd"/>
            <w:r>
              <w:t xml:space="preserve"> da </w:t>
            </w:r>
            <w:proofErr w:type="spellStart"/>
            <w:r>
              <w:t>educação</w:t>
            </w:r>
            <w:proofErr w:type="spellEnd"/>
          </w:p>
        </w:tc>
        <w:tc>
          <w:tcPr>
            <w:tcW w:w="1466" w:type="dxa"/>
          </w:tcPr>
          <w:p w14:paraId="581CA493" w14:textId="77777777" w:rsidR="007B63AE" w:rsidRDefault="007B63AE" w:rsidP="007B63AE">
            <w:r>
              <w:t>Lei Federal nº 12.933/2013</w:t>
            </w:r>
          </w:p>
        </w:tc>
        <w:tc>
          <w:tcPr>
            <w:tcW w:w="2864" w:type="dxa"/>
          </w:tcPr>
          <w:p w14:paraId="5DE2764A" w14:textId="185CCCCE" w:rsidR="007B63AE" w:rsidRDefault="007B63AE" w:rsidP="007B63AE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1E2602E6" w14:textId="77777777" w:rsidTr="00FD1FF9">
        <w:tc>
          <w:tcPr>
            <w:tcW w:w="1267" w:type="dxa"/>
          </w:tcPr>
          <w:p w14:paraId="744D2B05" w14:textId="77777777" w:rsidR="007B63AE" w:rsidRDefault="007B63AE" w:rsidP="007B63AE">
            <w:r>
              <w:t>São José do Rio Preto (SP)</w:t>
            </w:r>
          </w:p>
        </w:tc>
        <w:tc>
          <w:tcPr>
            <w:tcW w:w="293" w:type="dxa"/>
          </w:tcPr>
          <w:p w14:paraId="4F7858A6" w14:textId="71CE1350" w:rsidR="007B63AE" w:rsidRDefault="007B63AE" w:rsidP="007B63AE">
            <w:r>
              <w:t xml:space="preserve">Lei nº 9890/2007 Meia-entrada para </w:t>
            </w:r>
            <w:proofErr w:type="spellStart"/>
            <w:r>
              <w:t>estudantes</w:t>
            </w:r>
            <w:proofErr w:type="spellEnd"/>
            <w:r>
              <w:t xml:space="preserve"> do Ensino Fundamental, </w:t>
            </w:r>
            <w:proofErr w:type="spellStart"/>
            <w:r>
              <w:t>Médio</w:t>
            </w:r>
            <w:proofErr w:type="spellEnd"/>
            <w:r>
              <w:t xml:space="preserve">, Superior, de </w:t>
            </w:r>
            <w:proofErr w:type="spellStart"/>
            <w:r>
              <w:t>Curso</w:t>
            </w:r>
            <w:proofErr w:type="spellEnd"/>
            <w:r>
              <w:t xml:space="preserve"> Técnico e de </w:t>
            </w:r>
            <w:proofErr w:type="spellStart"/>
            <w:r>
              <w:t>Curso</w:t>
            </w:r>
            <w:proofErr w:type="spellEnd"/>
            <w:r>
              <w:t xml:space="preserve"> Pré-Vestibular</w:t>
            </w:r>
            <w:r w:rsidR="007C64BB">
              <w:br/>
            </w:r>
            <w:r w:rsidR="007C64BB" w:rsidRPr="007C64BB">
              <w:t>Lei 13.245/2019</w:t>
            </w:r>
            <w:r w:rsidR="007C64BB">
              <w:t xml:space="preserve"> </w:t>
            </w:r>
            <w:proofErr w:type="spellStart"/>
            <w:r w:rsidR="00B7346D" w:rsidRPr="00B7346D">
              <w:rPr>
                <w:highlight w:val="yellow"/>
              </w:rPr>
              <w:t>Gra</w:t>
            </w:r>
            <w:r w:rsidR="00B7346D" w:rsidRPr="001D00A2">
              <w:rPr>
                <w:highlight w:val="yellow"/>
              </w:rPr>
              <w:t>tuidade</w:t>
            </w:r>
            <w:proofErr w:type="spellEnd"/>
            <w:r w:rsidR="00B7346D" w:rsidRPr="001D00A2">
              <w:rPr>
                <w:highlight w:val="yellow"/>
              </w:rPr>
              <w:t>/</w:t>
            </w:r>
            <w:proofErr w:type="spellStart"/>
            <w:r w:rsidR="00B7346D" w:rsidRPr="001D00A2">
              <w:rPr>
                <w:highlight w:val="yellow"/>
              </w:rPr>
              <w:t>cortesia</w:t>
            </w:r>
            <w:proofErr w:type="spellEnd"/>
            <w:r w:rsidR="00B7346D" w:rsidRPr="001D00A2">
              <w:rPr>
                <w:highlight w:val="yellow"/>
              </w:rPr>
              <w:t>/</w:t>
            </w:r>
            <w:proofErr w:type="spellStart"/>
            <w:r w:rsidR="00B7346D" w:rsidRPr="001D00A2">
              <w:rPr>
                <w:highlight w:val="yellow"/>
              </w:rPr>
              <w:t>isenção</w:t>
            </w:r>
            <w:proofErr w:type="spellEnd"/>
            <w:r w:rsidR="00B7346D">
              <w:t xml:space="preserve"> </w:t>
            </w:r>
            <w:proofErr w:type="spellStart"/>
            <w:r w:rsidR="007C64BB">
              <w:t>aos</w:t>
            </w:r>
            <w:proofErr w:type="spellEnd"/>
            <w:r w:rsidR="007C64BB">
              <w:t xml:space="preserve"> </w:t>
            </w:r>
            <w:proofErr w:type="spellStart"/>
            <w:r w:rsidR="007C64BB">
              <w:t>idosos</w:t>
            </w:r>
            <w:proofErr w:type="spellEnd"/>
            <w:r w:rsidR="007C64BB">
              <w:t xml:space="preserve"> na </w:t>
            </w:r>
            <w:proofErr w:type="spellStart"/>
            <w:r w:rsidR="006125E3">
              <w:t>s</w:t>
            </w:r>
            <w:r w:rsidR="007C64BB">
              <w:t>egunda</w:t>
            </w:r>
            <w:proofErr w:type="spellEnd"/>
            <w:r w:rsidR="007C64BB">
              <w:t xml:space="preserve"> </w:t>
            </w:r>
            <w:proofErr w:type="spellStart"/>
            <w:r w:rsidR="007C64BB">
              <w:t>feira</w:t>
            </w:r>
            <w:proofErr w:type="spellEnd"/>
          </w:p>
        </w:tc>
        <w:tc>
          <w:tcPr>
            <w:tcW w:w="5997" w:type="dxa"/>
          </w:tcPr>
          <w:p w14:paraId="56EDBFA1" w14:textId="77777777" w:rsidR="007B63AE" w:rsidRDefault="007B63AE" w:rsidP="007B63AE">
            <w:r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14.729/2012 e nº 15.298/2014 - Meia-entrada para </w:t>
            </w:r>
            <w:proofErr w:type="spellStart"/>
            <w:r>
              <w:t>professores</w:t>
            </w:r>
            <w:proofErr w:type="spellEnd"/>
            <w:r>
              <w:t xml:space="preserve"> e </w:t>
            </w:r>
            <w:proofErr w:type="spellStart"/>
            <w:r>
              <w:t>profissionais</w:t>
            </w:r>
            <w:proofErr w:type="spellEnd"/>
            <w:r>
              <w:t xml:space="preserve"> da </w:t>
            </w:r>
            <w:proofErr w:type="spellStart"/>
            <w:r>
              <w:t>educação</w:t>
            </w:r>
            <w:proofErr w:type="spellEnd"/>
          </w:p>
        </w:tc>
        <w:tc>
          <w:tcPr>
            <w:tcW w:w="1466" w:type="dxa"/>
          </w:tcPr>
          <w:p w14:paraId="79DD6FD5" w14:textId="77777777" w:rsidR="007B63AE" w:rsidRDefault="007B63AE" w:rsidP="007B63AE">
            <w:r>
              <w:t>Lei Federal nº 12.933/2013</w:t>
            </w:r>
          </w:p>
        </w:tc>
        <w:tc>
          <w:tcPr>
            <w:tcW w:w="2864" w:type="dxa"/>
          </w:tcPr>
          <w:p w14:paraId="3F18313F" w14:textId="3B29B91A" w:rsidR="007B63AE" w:rsidRDefault="007B63AE" w:rsidP="007B63AE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73EBCE78" w14:textId="77777777" w:rsidTr="00FD1FF9">
        <w:tc>
          <w:tcPr>
            <w:tcW w:w="1267" w:type="dxa"/>
          </w:tcPr>
          <w:p w14:paraId="3349F032" w14:textId="77777777" w:rsidR="007B63AE" w:rsidRDefault="007B63AE" w:rsidP="007B63AE">
            <w:r>
              <w:t>Serra (ES)</w:t>
            </w:r>
          </w:p>
        </w:tc>
        <w:tc>
          <w:tcPr>
            <w:tcW w:w="293" w:type="dxa"/>
          </w:tcPr>
          <w:p w14:paraId="505D929F" w14:textId="44D4E3FE" w:rsidR="00872A90" w:rsidRDefault="007B63AE" w:rsidP="007B63AE">
            <w:r>
              <w:t xml:space="preserve">Lei nº 4084/2014 Meia-entrada para </w:t>
            </w:r>
            <w:proofErr w:type="spellStart"/>
            <w:r>
              <w:t>doadores</w:t>
            </w:r>
            <w:proofErr w:type="spellEnd"/>
            <w:r>
              <w:t xml:space="preserve"> de </w:t>
            </w:r>
            <w:proofErr w:type="spellStart"/>
            <w:r>
              <w:t>sangue</w:t>
            </w:r>
            <w:proofErr w:type="spellEnd"/>
            <w:r>
              <w:t xml:space="preserve"> e medulla </w:t>
            </w:r>
            <w:proofErr w:type="spellStart"/>
            <w:r>
              <w:t>óssea</w:t>
            </w:r>
            <w:proofErr w:type="spellEnd"/>
            <w:r>
              <w:br/>
              <w:t>Lei nº 4691/2017</w:t>
            </w:r>
            <w:r w:rsidR="006125E3">
              <w:t xml:space="preserve"> – </w:t>
            </w:r>
            <w:proofErr w:type="spellStart"/>
            <w:r w:rsidR="006125E3">
              <w:t>Gratuidade</w:t>
            </w:r>
            <w:proofErr w:type="spellEnd"/>
            <w:r w:rsidR="006125E3">
              <w:t xml:space="preserve"> </w:t>
            </w:r>
            <w:proofErr w:type="spellStart"/>
            <w:r w:rsidR="00872A90">
              <w:t>aos</w:t>
            </w:r>
            <w:proofErr w:type="spellEnd"/>
            <w:r w:rsidR="00872A90">
              <w:t xml:space="preserve"> </w:t>
            </w:r>
            <w:proofErr w:type="spellStart"/>
            <w:r w:rsidR="00872A90">
              <w:t>policiais</w:t>
            </w:r>
            <w:proofErr w:type="spellEnd"/>
            <w:r w:rsidR="00872A90">
              <w:t xml:space="preserve"> </w:t>
            </w:r>
            <w:proofErr w:type="spellStart"/>
            <w:r w:rsidR="00872A90">
              <w:t>militares</w:t>
            </w:r>
            <w:proofErr w:type="spellEnd"/>
            <w:r w:rsidR="00872A90">
              <w:t xml:space="preserve">, </w:t>
            </w:r>
            <w:proofErr w:type="spellStart"/>
            <w:r w:rsidR="00872A90">
              <w:t>civis</w:t>
            </w:r>
            <w:proofErr w:type="spellEnd"/>
            <w:r w:rsidR="00872A90">
              <w:t xml:space="preserve">, </w:t>
            </w:r>
            <w:proofErr w:type="spellStart"/>
            <w:r w:rsidR="00872A90">
              <w:t>bombeiros</w:t>
            </w:r>
            <w:proofErr w:type="spellEnd"/>
            <w:r w:rsidR="00872A90">
              <w:t xml:space="preserve"> </w:t>
            </w:r>
            <w:proofErr w:type="spellStart"/>
            <w:r w:rsidR="00872A90">
              <w:t>militares</w:t>
            </w:r>
            <w:proofErr w:type="spellEnd"/>
            <w:r w:rsidR="00872A90">
              <w:t xml:space="preserve"> e </w:t>
            </w:r>
            <w:proofErr w:type="spellStart"/>
            <w:r w:rsidR="00872A90">
              <w:t>guardas</w:t>
            </w:r>
            <w:proofErr w:type="spellEnd"/>
            <w:r w:rsidR="00872A90">
              <w:t xml:space="preserve"> </w:t>
            </w:r>
            <w:proofErr w:type="spellStart"/>
            <w:r w:rsidR="00872A90">
              <w:t>civis</w:t>
            </w:r>
            <w:proofErr w:type="spellEnd"/>
            <w:r w:rsidR="00872A90">
              <w:t xml:space="preserve"> </w:t>
            </w:r>
            <w:proofErr w:type="spellStart"/>
            <w:r w:rsidR="00872A90">
              <w:t>municipais</w:t>
            </w:r>
            <w:proofErr w:type="spellEnd"/>
            <w:r w:rsidR="00872A90">
              <w:t xml:space="preserve">, </w:t>
            </w:r>
            <w:proofErr w:type="spellStart"/>
            <w:r w:rsidR="00872A90">
              <w:t>aentes</w:t>
            </w:r>
            <w:proofErr w:type="spellEnd"/>
            <w:r w:rsidR="00872A90">
              <w:t xml:space="preserve"> da </w:t>
            </w:r>
            <w:proofErr w:type="spellStart"/>
            <w:r w:rsidR="00872A90">
              <w:t>secretaria</w:t>
            </w:r>
            <w:proofErr w:type="spellEnd"/>
            <w:r w:rsidR="00872A90">
              <w:t xml:space="preserve"> do Estado da </w:t>
            </w:r>
            <w:proofErr w:type="spellStart"/>
            <w:r w:rsidR="00872A90">
              <w:t>justiça</w:t>
            </w:r>
            <w:proofErr w:type="spellEnd"/>
            <w:r w:rsidR="00872A90">
              <w:t xml:space="preserve">, </w:t>
            </w:r>
            <w:proofErr w:type="spellStart"/>
            <w:r w:rsidR="00872A90">
              <w:t>agentes</w:t>
            </w:r>
            <w:proofErr w:type="spellEnd"/>
            <w:r w:rsidR="00872A90">
              <w:t xml:space="preserve"> de </w:t>
            </w:r>
            <w:proofErr w:type="spellStart"/>
            <w:r w:rsidR="00872A90">
              <w:t>trânsito</w:t>
            </w:r>
            <w:proofErr w:type="spellEnd"/>
            <w:r w:rsidR="00872A90">
              <w:t xml:space="preserve">, e </w:t>
            </w:r>
            <w:proofErr w:type="spellStart"/>
            <w:r w:rsidR="00872A90">
              <w:t>meia</w:t>
            </w:r>
            <w:proofErr w:type="spellEnd"/>
            <w:r w:rsidR="00872A90">
              <w:t xml:space="preserve"> entrada para </w:t>
            </w:r>
            <w:proofErr w:type="spellStart"/>
            <w:r w:rsidR="00872A90">
              <w:t>os</w:t>
            </w:r>
            <w:proofErr w:type="spellEnd"/>
            <w:r w:rsidR="00872A90">
              <w:t xml:space="preserve"> </w:t>
            </w:r>
            <w:proofErr w:type="spellStart"/>
            <w:r w:rsidR="00872A90">
              <w:t>seus</w:t>
            </w:r>
            <w:proofErr w:type="spellEnd"/>
            <w:r w:rsidR="00872A90">
              <w:t xml:space="preserve"> </w:t>
            </w:r>
            <w:r w:rsidR="00F21C3A">
              <w:t xml:space="preserve">dependents (5% da </w:t>
            </w:r>
            <w:proofErr w:type="spellStart"/>
            <w:r w:rsidR="00F21C3A">
              <w:t>lotação</w:t>
            </w:r>
            <w:proofErr w:type="spellEnd"/>
            <w:r w:rsidR="00F21C3A">
              <w:t xml:space="preserve"> de </w:t>
            </w:r>
            <w:proofErr w:type="spellStart"/>
            <w:r w:rsidR="00F21C3A">
              <w:t>cada</w:t>
            </w:r>
            <w:proofErr w:type="spellEnd"/>
            <w:r w:rsidR="00F21C3A">
              <w:t xml:space="preserve"> sala </w:t>
            </w:r>
            <w:proofErr w:type="spellStart"/>
            <w:r w:rsidR="00F21C3A">
              <w:t>por</w:t>
            </w:r>
            <w:proofErr w:type="spellEnd"/>
            <w:r w:rsidR="00F21C3A">
              <w:t xml:space="preserve"> </w:t>
            </w:r>
            <w:proofErr w:type="spellStart"/>
            <w:r w:rsidR="00F21C3A">
              <w:t>sessão</w:t>
            </w:r>
            <w:proofErr w:type="spellEnd"/>
            <w:r w:rsidR="00F21C3A">
              <w:t>).</w:t>
            </w:r>
          </w:p>
          <w:p w14:paraId="4ED23031" w14:textId="24EEAA55" w:rsidR="00F21C3A" w:rsidRPr="00F21C3A" w:rsidRDefault="00F21C3A" w:rsidP="00F21C3A">
            <w:pPr>
              <w:pStyle w:val="PargrafodaLista"/>
              <w:numPr>
                <w:ilvl w:val="0"/>
                <w:numId w:val="12"/>
              </w:numPr>
              <w:ind w:left="328" w:hanging="328"/>
              <w:rPr>
                <w:lang w:val="pt-BR"/>
              </w:rPr>
            </w:pPr>
            <w:r w:rsidRPr="00F21C3A">
              <w:rPr>
                <w:b/>
                <w:bCs/>
                <w:lang w:val="pt-BR"/>
              </w:rPr>
              <w:t>Cônjuge (esposo ou esposa)</w:t>
            </w:r>
            <w:r w:rsidRPr="00F21C3A">
              <w:rPr>
                <w:lang w:val="pt-BR"/>
              </w:rPr>
              <w:t xml:space="preserve"> → tem direito à </w:t>
            </w:r>
            <w:r w:rsidRPr="00F21C3A">
              <w:rPr>
                <w:b/>
                <w:bCs/>
                <w:lang w:val="pt-BR"/>
              </w:rPr>
              <w:t>meia-entrada (50%)</w:t>
            </w:r>
            <w:r w:rsidRPr="00F21C3A">
              <w:rPr>
                <w:lang w:val="pt-BR"/>
              </w:rPr>
              <w:t xml:space="preserve"> </w:t>
            </w:r>
          </w:p>
          <w:p w14:paraId="1DC1B5F4" w14:textId="266FF5EC" w:rsidR="00F21C3A" w:rsidRPr="00F21C3A" w:rsidRDefault="00F21C3A" w:rsidP="00F21C3A">
            <w:pPr>
              <w:pStyle w:val="PargrafodaLista"/>
              <w:numPr>
                <w:ilvl w:val="0"/>
                <w:numId w:val="12"/>
              </w:numPr>
              <w:ind w:left="328" w:hanging="328"/>
              <w:rPr>
                <w:b/>
                <w:bCs/>
                <w:lang w:val="pt-BR"/>
              </w:rPr>
            </w:pPr>
            <w:r w:rsidRPr="00F21C3A">
              <w:rPr>
                <w:b/>
                <w:bCs/>
                <w:lang w:val="pt-BR"/>
              </w:rPr>
              <w:t>Filhos estudantes até 12 anos</w:t>
            </w:r>
            <w:r w:rsidRPr="00F21C3A">
              <w:rPr>
                <w:lang w:val="pt-BR"/>
              </w:rPr>
              <w:t xml:space="preserve"> → também têm direito à </w:t>
            </w:r>
            <w:r w:rsidRPr="00F21C3A">
              <w:rPr>
                <w:b/>
                <w:bCs/>
                <w:lang w:val="pt-BR"/>
              </w:rPr>
              <w:t>meia-entrada (50%)</w:t>
            </w:r>
          </w:p>
          <w:p w14:paraId="271ED432" w14:textId="77777777" w:rsidR="00F21C3A" w:rsidRDefault="00F21C3A" w:rsidP="00F21C3A"/>
          <w:p w14:paraId="3690824F" w14:textId="01FDC423" w:rsidR="007B63AE" w:rsidRDefault="007B63AE" w:rsidP="007B63AE">
            <w:r>
              <w:t xml:space="preserve">Lei nº 4295/2014 Meia-entrada para </w:t>
            </w:r>
            <w:proofErr w:type="spellStart"/>
            <w:r>
              <w:t>professores</w:t>
            </w:r>
            <w:proofErr w:type="spellEnd"/>
            <w:r>
              <w:t xml:space="preserve"> do Ensino </w:t>
            </w:r>
            <w:proofErr w:type="spellStart"/>
            <w:r>
              <w:t>público</w:t>
            </w:r>
            <w:proofErr w:type="spellEnd"/>
            <w:r>
              <w:t xml:space="preserve"> e particular</w:t>
            </w:r>
            <w:r>
              <w:br/>
              <w:t xml:space="preserve">Lei nº 10781/2010 Meia-entrada para PCD e </w:t>
            </w:r>
            <w:proofErr w:type="spellStart"/>
            <w:r>
              <w:t>pessoas</w:t>
            </w:r>
            <w:proofErr w:type="spellEnd"/>
            <w:r>
              <w:t xml:space="preserve"> com </w:t>
            </w:r>
            <w:proofErr w:type="spellStart"/>
            <w:r>
              <w:t>mobilidade</w:t>
            </w:r>
            <w:proofErr w:type="spellEnd"/>
            <w:r>
              <w:t xml:space="preserve"> </w:t>
            </w:r>
            <w:proofErr w:type="spellStart"/>
            <w:r>
              <w:t>reduzida</w:t>
            </w:r>
            <w:proofErr w:type="spellEnd"/>
          </w:p>
        </w:tc>
        <w:tc>
          <w:tcPr>
            <w:tcW w:w="5997" w:type="dxa"/>
          </w:tcPr>
          <w:p w14:paraId="60E3E9DD" w14:textId="77777777" w:rsidR="007B63AE" w:rsidRDefault="007B63AE" w:rsidP="007B63AE">
            <w:proofErr w:type="spellStart"/>
            <w:r>
              <w:t>Consultar</w:t>
            </w:r>
            <w:proofErr w:type="spellEnd"/>
            <w:r>
              <w:t xml:space="preserve"> </w:t>
            </w:r>
            <w:proofErr w:type="spellStart"/>
            <w:r>
              <w:t>legislação</w:t>
            </w:r>
            <w:proofErr w:type="spellEnd"/>
            <w:r>
              <w:t xml:space="preserve"> </w:t>
            </w:r>
            <w:proofErr w:type="spellStart"/>
            <w:r>
              <w:t>estadual</w:t>
            </w:r>
            <w:proofErr w:type="spellEnd"/>
            <w:r>
              <w:t xml:space="preserve"> </w:t>
            </w:r>
            <w:proofErr w:type="spellStart"/>
            <w:r>
              <w:t>específica</w:t>
            </w:r>
            <w:proofErr w:type="spellEnd"/>
            <w:r>
              <w:t xml:space="preserve"> (</w:t>
            </w:r>
            <w:proofErr w:type="spellStart"/>
            <w:r>
              <w:t>não</w:t>
            </w:r>
            <w:proofErr w:type="spellEnd"/>
            <w:r>
              <w:t xml:space="preserve"> </w:t>
            </w:r>
            <w:proofErr w:type="spellStart"/>
            <w:r>
              <w:t>encontrada</w:t>
            </w:r>
            <w:proofErr w:type="spellEnd"/>
            <w:r>
              <w:t xml:space="preserve"> </w:t>
            </w:r>
            <w:proofErr w:type="spellStart"/>
            <w:r>
              <w:t>explicitamente</w:t>
            </w:r>
            <w:proofErr w:type="spellEnd"/>
            <w:r>
              <w:t>)</w:t>
            </w:r>
          </w:p>
        </w:tc>
        <w:tc>
          <w:tcPr>
            <w:tcW w:w="1466" w:type="dxa"/>
          </w:tcPr>
          <w:p w14:paraId="228FA2F9" w14:textId="77777777" w:rsidR="007B63AE" w:rsidRDefault="007B63AE" w:rsidP="007B63AE">
            <w:r>
              <w:t>Lei Federal nº 12.933/2013</w:t>
            </w:r>
          </w:p>
        </w:tc>
        <w:tc>
          <w:tcPr>
            <w:tcW w:w="2864" w:type="dxa"/>
          </w:tcPr>
          <w:p w14:paraId="7B6BDC35" w14:textId="224B4DEE" w:rsidR="007B63AE" w:rsidRDefault="007B63AE" w:rsidP="007B63AE">
            <w:r>
              <w:t>Lei Federal nº 12.933/2013 (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1264B40F" w14:textId="77777777" w:rsidTr="00FD1FF9">
        <w:tc>
          <w:tcPr>
            <w:tcW w:w="1267" w:type="dxa"/>
          </w:tcPr>
          <w:p w14:paraId="385CBD1E" w14:textId="77777777" w:rsidR="007B63AE" w:rsidRDefault="007B63AE" w:rsidP="007B63AE">
            <w:r>
              <w:t>Sorocaba (SP)</w:t>
            </w:r>
          </w:p>
        </w:tc>
        <w:tc>
          <w:tcPr>
            <w:tcW w:w="293" w:type="dxa"/>
          </w:tcPr>
          <w:p w14:paraId="1CA50AAF" w14:textId="77777777" w:rsidR="007B63AE" w:rsidRDefault="007B63AE" w:rsidP="007B63AE">
            <w:r>
              <w:t>Lei nº 11135/2015 Meia-</w:t>
            </w:r>
            <w:proofErr w:type="spellStart"/>
            <w:r>
              <w:t>entada</w:t>
            </w:r>
            <w:proofErr w:type="spellEnd"/>
            <w:r>
              <w:t xml:space="preserve"> para </w:t>
            </w:r>
            <w:proofErr w:type="spellStart"/>
            <w:r>
              <w:t>doadores</w:t>
            </w:r>
            <w:proofErr w:type="spellEnd"/>
            <w:r>
              <w:t xml:space="preserve"> de </w:t>
            </w:r>
            <w:proofErr w:type="spellStart"/>
            <w:r>
              <w:t>sangue</w:t>
            </w:r>
            <w:proofErr w:type="spellEnd"/>
            <w:r>
              <w:br/>
              <w:t xml:space="preserve">Lei nº 8263/2007 e 7973/2006 Meia-entrada para </w:t>
            </w:r>
            <w:proofErr w:type="spellStart"/>
            <w:r>
              <w:t>todos</w:t>
            </w:r>
            <w:proofErr w:type="spellEnd"/>
            <w:r>
              <w:t xml:space="preserve"> </w:t>
            </w:r>
            <w:proofErr w:type="spellStart"/>
            <w:r>
              <w:t>os</w:t>
            </w:r>
            <w:proofErr w:type="spellEnd"/>
            <w:r>
              <w:t xml:space="preserve"> </w:t>
            </w:r>
            <w:proofErr w:type="spellStart"/>
            <w:r>
              <w:t>professores</w:t>
            </w:r>
            <w:proofErr w:type="spellEnd"/>
            <w:r>
              <w:t xml:space="preserve"> da rede </w:t>
            </w:r>
            <w:proofErr w:type="spellStart"/>
            <w:r>
              <w:t>pública</w:t>
            </w:r>
            <w:proofErr w:type="spellEnd"/>
            <w:r>
              <w:t xml:space="preserve"> municipal e particular</w:t>
            </w:r>
          </w:p>
          <w:p w14:paraId="58CFF48D" w14:textId="792812C5" w:rsidR="007B63AE" w:rsidRDefault="007B63AE" w:rsidP="007B63AE">
            <w:r>
              <w:t xml:space="preserve">Lei nº 6086/2000 Meia entrada para </w:t>
            </w:r>
            <w:proofErr w:type="spellStart"/>
            <w:r>
              <w:t>aposentados</w:t>
            </w:r>
            <w:proofErr w:type="spellEnd"/>
            <w:r>
              <w:t xml:space="preserve"> e </w:t>
            </w:r>
            <w:proofErr w:type="spellStart"/>
            <w:r>
              <w:t>beneficiários</w:t>
            </w:r>
            <w:proofErr w:type="spellEnd"/>
            <w:r>
              <w:t xml:space="preserve"> da </w:t>
            </w:r>
            <w:proofErr w:type="spellStart"/>
            <w:r>
              <w:t>previdência</w:t>
            </w:r>
            <w:proofErr w:type="spellEnd"/>
            <w:r>
              <w:t xml:space="preserve"> social</w:t>
            </w:r>
          </w:p>
        </w:tc>
        <w:tc>
          <w:tcPr>
            <w:tcW w:w="5997" w:type="dxa"/>
          </w:tcPr>
          <w:p w14:paraId="3CE59818" w14:textId="77777777" w:rsidR="007B63AE" w:rsidRDefault="007B63AE" w:rsidP="007B63AE">
            <w:r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14.729/2012 e nº 15.298/2014 - Meia-entrada para </w:t>
            </w:r>
            <w:proofErr w:type="spellStart"/>
            <w:r>
              <w:t>professores</w:t>
            </w:r>
            <w:proofErr w:type="spellEnd"/>
            <w:r>
              <w:t xml:space="preserve"> e </w:t>
            </w:r>
            <w:proofErr w:type="spellStart"/>
            <w:r>
              <w:t>profissionais</w:t>
            </w:r>
            <w:proofErr w:type="spellEnd"/>
            <w:r>
              <w:t xml:space="preserve"> da </w:t>
            </w:r>
            <w:proofErr w:type="spellStart"/>
            <w:r>
              <w:t>educação</w:t>
            </w:r>
            <w:proofErr w:type="spellEnd"/>
          </w:p>
        </w:tc>
        <w:tc>
          <w:tcPr>
            <w:tcW w:w="1466" w:type="dxa"/>
          </w:tcPr>
          <w:p w14:paraId="4F08A683" w14:textId="77777777" w:rsidR="007B63AE" w:rsidRDefault="007B63AE" w:rsidP="007B63AE">
            <w:r>
              <w:t>Lei Federal nº 12.933/2013</w:t>
            </w:r>
          </w:p>
        </w:tc>
        <w:tc>
          <w:tcPr>
            <w:tcW w:w="2864" w:type="dxa"/>
          </w:tcPr>
          <w:p w14:paraId="19E8C89B" w14:textId="4AAEF21C" w:rsidR="007B63AE" w:rsidRDefault="007B63AE" w:rsidP="007B63AE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6B853746" w14:textId="77777777" w:rsidTr="00FD1FF9">
        <w:tc>
          <w:tcPr>
            <w:tcW w:w="1267" w:type="dxa"/>
          </w:tcPr>
          <w:p w14:paraId="3C5C5D72" w14:textId="77777777" w:rsidR="007B63AE" w:rsidRDefault="007B63AE" w:rsidP="007B63AE">
            <w:r>
              <w:lastRenderedPageBreak/>
              <w:t>Taboão da Serra (SP)</w:t>
            </w:r>
          </w:p>
        </w:tc>
        <w:tc>
          <w:tcPr>
            <w:tcW w:w="293" w:type="dxa"/>
          </w:tcPr>
          <w:p w14:paraId="3E79A885" w14:textId="33D6F059" w:rsidR="007B63AE" w:rsidRDefault="007B63AE" w:rsidP="007B63AE">
            <w:r>
              <w:t xml:space="preserve">Lei n° 1504/2004 Meia-entrada para </w:t>
            </w:r>
            <w:proofErr w:type="spellStart"/>
            <w:r>
              <w:t>professores</w:t>
            </w:r>
            <w:proofErr w:type="spellEnd"/>
            <w:r>
              <w:t xml:space="preserve"> da rede municipal de </w:t>
            </w:r>
            <w:proofErr w:type="spellStart"/>
            <w:r>
              <w:t>ensino</w:t>
            </w:r>
            <w:proofErr w:type="spellEnd"/>
          </w:p>
        </w:tc>
        <w:tc>
          <w:tcPr>
            <w:tcW w:w="5997" w:type="dxa"/>
          </w:tcPr>
          <w:p w14:paraId="5C42C271" w14:textId="77777777" w:rsidR="007B63AE" w:rsidRDefault="007B63AE" w:rsidP="007B63AE">
            <w:r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14.729/2012 e nº 15.298/2014 - Meia-entrada para </w:t>
            </w:r>
            <w:proofErr w:type="spellStart"/>
            <w:r>
              <w:t>professores</w:t>
            </w:r>
            <w:proofErr w:type="spellEnd"/>
            <w:r>
              <w:t xml:space="preserve"> e </w:t>
            </w:r>
            <w:proofErr w:type="spellStart"/>
            <w:r>
              <w:t>profissionais</w:t>
            </w:r>
            <w:proofErr w:type="spellEnd"/>
            <w:r>
              <w:t xml:space="preserve"> da </w:t>
            </w:r>
            <w:proofErr w:type="spellStart"/>
            <w:r>
              <w:t>educação</w:t>
            </w:r>
            <w:proofErr w:type="spellEnd"/>
          </w:p>
        </w:tc>
        <w:tc>
          <w:tcPr>
            <w:tcW w:w="1466" w:type="dxa"/>
          </w:tcPr>
          <w:p w14:paraId="082A57E0" w14:textId="77777777" w:rsidR="007B63AE" w:rsidRDefault="007B63AE" w:rsidP="007B63AE">
            <w:r>
              <w:t>Lei Federal nº 12.933/2013</w:t>
            </w:r>
          </w:p>
        </w:tc>
        <w:tc>
          <w:tcPr>
            <w:tcW w:w="2864" w:type="dxa"/>
          </w:tcPr>
          <w:p w14:paraId="5B79D24A" w14:textId="348B09F1" w:rsidR="007B63AE" w:rsidRDefault="007B63AE" w:rsidP="007B63AE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  <w:tr w:rsidR="007B63AE" w14:paraId="3F3AE8E0" w14:textId="77777777" w:rsidTr="00FD1FF9">
        <w:tc>
          <w:tcPr>
            <w:tcW w:w="1267" w:type="dxa"/>
          </w:tcPr>
          <w:p w14:paraId="70A662D3" w14:textId="77777777" w:rsidR="007B63AE" w:rsidRDefault="007B63AE" w:rsidP="007B63AE">
            <w:r>
              <w:t>Volta Redonda (RJ)</w:t>
            </w:r>
          </w:p>
        </w:tc>
        <w:tc>
          <w:tcPr>
            <w:tcW w:w="293" w:type="dxa"/>
          </w:tcPr>
          <w:p w14:paraId="3A2A3628" w14:textId="77777777" w:rsidR="007B63AE" w:rsidRDefault="007B63AE" w:rsidP="007B63AE">
            <w:proofErr w:type="spellStart"/>
            <w:r>
              <w:t>Consultar</w:t>
            </w:r>
            <w:proofErr w:type="spellEnd"/>
            <w:r>
              <w:t xml:space="preserve"> </w:t>
            </w:r>
            <w:proofErr w:type="spellStart"/>
            <w:r>
              <w:t>legislação</w:t>
            </w:r>
            <w:proofErr w:type="spellEnd"/>
            <w:r>
              <w:t xml:space="preserve"> municipal </w:t>
            </w:r>
            <w:proofErr w:type="spellStart"/>
            <w:r>
              <w:t>específica</w:t>
            </w:r>
            <w:proofErr w:type="spellEnd"/>
            <w:r>
              <w:t xml:space="preserve"> (se </w:t>
            </w:r>
            <w:proofErr w:type="spellStart"/>
            <w:r>
              <w:t>aplicável</w:t>
            </w:r>
            <w:proofErr w:type="spellEnd"/>
            <w:r>
              <w:t>)</w:t>
            </w:r>
          </w:p>
        </w:tc>
        <w:tc>
          <w:tcPr>
            <w:tcW w:w="5997" w:type="dxa"/>
          </w:tcPr>
          <w:p w14:paraId="006C7FF7" w14:textId="26C01B7B" w:rsidR="007B63AE" w:rsidRDefault="007B63AE" w:rsidP="007B63AE">
            <w:r>
              <w:t xml:space="preserve">Lei </w:t>
            </w:r>
            <w:proofErr w:type="spellStart"/>
            <w:r>
              <w:t>Estadual</w:t>
            </w:r>
            <w:proofErr w:type="spellEnd"/>
            <w:r>
              <w:t xml:space="preserve"> nº 3.364/2000, nº 10.192/2023 e nº 8.775/2020 - Meia-entrada para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até</w:t>
            </w:r>
            <w:proofErr w:type="spellEnd"/>
            <w:r>
              <w:t xml:space="preserve"> 21 </w:t>
            </w:r>
            <w:proofErr w:type="spellStart"/>
            <w:r>
              <w:t>mediante</w:t>
            </w:r>
            <w:proofErr w:type="spellEnd"/>
            <w:r>
              <w:t xml:space="preserve"> </w:t>
            </w:r>
            <w:proofErr w:type="spellStart"/>
            <w:r>
              <w:t>apresentação</w:t>
            </w:r>
            <w:proofErr w:type="spellEnd"/>
            <w:r>
              <w:t xml:space="preserve"> de RG/CN/Doc. com </w:t>
            </w:r>
            <w:proofErr w:type="spellStart"/>
            <w:r>
              <w:t>foto</w:t>
            </w:r>
            <w:proofErr w:type="spellEnd"/>
            <w:r>
              <w:t xml:space="preserve">, </w:t>
            </w:r>
            <w:proofErr w:type="spellStart"/>
            <w:r>
              <w:t>professores</w:t>
            </w:r>
            <w:proofErr w:type="spellEnd"/>
            <w:r>
              <w:t xml:space="preserve"> e </w:t>
            </w:r>
            <w:proofErr w:type="spellStart"/>
            <w:r>
              <w:t>profissionais</w:t>
            </w:r>
            <w:proofErr w:type="spellEnd"/>
            <w:r>
              <w:t xml:space="preserve"> </w:t>
            </w:r>
            <w:proofErr w:type="spellStart"/>
            <w:r>
              <w:t>aposentados</w:t>
            </w:r>
            <w:proofErr w:type="spellEnd"/>
          </w:p>
        </w:tc>
        <w:tc>
          <w:tcPr>
            <w:tcW w:w="1466" w:type="dxa"/>
          </w:tcPr>
          <w:p w14:paraId="5D75DBA1" w14:textId="77777777" w:rsidR="007B63AE" w:rsidRDefault="007B63AE" w:rsidP="007B63AE">
            <w:r>
              <w:t>Lei Federal nº 12.933/2013</w:t>
            </w:r>
          </w:p>
        </w:tc>
        <w:tc>
          <w:tcPr>
            <w:tcW w:w="2864" w:type="dxa"/>
          </w:tcPr>
          <w:p w14:paraId="0D779279" w14:textId="5509405C" w:rsidR="007B63AE" w:rsidRDefault="007B63AE" w:rsidP="007B63AE">
            <w:r>
              <w:t>Lei Federal nº 12.933/2013 (</w:t>
            </w:r>
            <w:r w:rsidR="00AD36ED">
              <w:t xml:space="preserve">Meia entrada - </w:t>
            </w:r>
            <w:proofErr w:type="spellStart"/>
            <w:r>
              <w:t>estudantes</w:t>
            </w:r>
            <w:proofErr w:type="spellEnd"/>
            <w:r>
              <w:t xml:space="preserve">, PCD, </w:t>
            </w:r>
            <w:proofErr w:type="spellStart"/>
            <w:r>
              <w:t>jovens</w:t>
            </w:r>
            <w:proofErr w:type="spellEnd"/>
            <w:r>
              <w:t xml:space="preserve"> </w:t>
            </w:r>
            <w:proofErr w:type="spellStart"/>
            <w:r>
              <w:t>baixa</w:t>
            </w:r>
            <w:proofErr w:type="spellEnd"/>
            <w:r>
              <w:t xml:space="preserve"> </w:t>
            </w:r>
            <w:proofErr w:type="spellStart"/>
            <w:r>
              <w:t>renda</w:t>
            </w:r>
            <w:proofErr w:type="spellEnd"/>
            <w:r>
              <w:t xml:space="preserve"> </w:t>
            </w:r>
            <w:proofErr w:type="spellStart"/>
            <w:r>
              <w:t>apresentando</w:t>
            </w:r>
            <w:proofErr w:type="spellEnd"/>
            <w:r>
              <w:t xml:space="preserve"> o ID Jovem)</w:t>
            </w:r>
            <w:r>
              <w:br/>
              <w:t>Lei nº 10.741/2003 (</w:t>
            </w:r>
            <w:proofErr w:type="spellStart"/>
            <w:r>
              <w:t>idosos</w:t>
            </w:r>
            <w:proofErr w:type="spellEnd"/>
            <w:r>
              <w:t>)</w:t>
            </w:r>
          </w:p>
        </w:tc>
      </w:tr>
    </w:tbl>
    <w:p w14:paraId="1CE29AD7" w14:textId="77777777" w:rsidR="004923D8" w:rsidRDefault="004923D8" w:rsidP="004923D8"/>
    <w:p w14:paraId="08A52442" w14:textId="77777777" w:rsidR="004923D8" w:rsidRDefault="004923D8" w:rsidP="004923D8"/>
    <w:p w14:paraId="0385F322" w14:textId="4B93A595" w:rsidR="004923D8" w:rsidRDefault="004923D8" w:rsidP="004923D8">
      <w:r>
        <w:t>*</w:t>
      </w:r>
      <w:proofErr w:type="spellStart"/>
      <w:r>
        <w:t>Existe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</w:t>
      </w:r>
      <w:proofErr w:type="spellStart"/>
      <w:r>
        <w:t>proposta</w:t>
      </w:r>
      <w:proofErr w:type="spellEnd"/>
      <w:r>
        <w:t xml:space="preserve">: </w:t>
      </w:r>
      <w:r w:rsidR="009E0343">
        <w:t>“</w:t>
      </w:r>
      <w:r w:rsidRPr="004923D8">
        <w:t>O </w:t>
      </w:r>
      <w:r w:rsidRPr="004923D8">
        <w:rPr>
          <w:b/>
          <w:bCs/>
        </w:rPr>
        <w:t>PL 462/2023</w:t>
      </w:r>
      <w:r w:rsidRPr="004923D8">
        <w:t xml:space="preserve"> é </w:t>
      </w:r>
      <w:proofErr w:type="spellStart"/>
      <w:r w:rsidRPr="004923D8">
        <w:t>uma</w:t>
      </w:r>
      <w:proofErr w:type="spellEnd"/>
      <w:r w:rsidRPr="004923D8">
        <w:t xml:space="preserve"> </w:t>
      </w:r>
      <w:proofErr w:type="spellStart"/>
      <w:r w:rsidRPr="004923D8">
        <w:t>proposta</w:t>
      </w:r>
      <w:proofErr w:type="spellEnd"/>
      <w:r w:rsidRPr="004923D8">
        <w:t xml:space="preserve"> </w:t>
      </w:r>
      <w:proofErr w:type="spellStart"/>
      <w:r w:rsidRPr="004923D8">
        <w:t>em</w:t>
      </w:r>
      <w:proofErr w:type="spellEnd"/>
      <w:r w:rsidRPr="004923D8">
        <w:t xml:space="preserve"> </w:t>
      </w:r>
      <w:proofErr w:type="spellStart"/>
      <w:r w:rsidRPr="004923D8">
        <w:t>tramitação</w:t>
      </w:r>
      <w:proofErr w:type="spellEnd"/>
      <w:r w:rsidRPr="004923D8">
        <w:t xml:space="preserve"> na </w:t>
      </w:r>
      <w:hyperlink r:id="rId6" w:tgtFrame="_blank" w:history="1">
        <w:r w:rsidRPr="004923D8">
          <w:rPr>
            <w:rStyle w:val="Hyperlink"/>
          </w:rPr>
          <w:t xml:space="preserve">Câmara dos </w:t>
        </w:r>
        <w:proofErr w:type="spellStart"/>
        <w:r w:rsidRPr="004923D8">
          <w:rPr>
            <w:rStyle w:val="Hyperlink"/>
          </w:rPr>
          <w:t>Deputados</w:t>
        </w:r>
        <w:proofErr w:type="spellEnd"/>
      </w:hyperlink>
      <w:r w:rsidRPr="004923D8">
        <w:t xml:space="preserve"> que altera a Lei nº 12.933/2013 para </w:t>
      </w:r>
      <w:proofErr w:type="spellStart"/>
      <w:r w:rsidRPr="004923D8">
        <w:t>estender</w:t>
      </w:r>
      <w:proofErr w:type="spellEnd"/>
      <w:r w:rsidRPr="004923D8">
        <w:t xml:space="preserve"> o </w:t>
      </w:r>
      <w:proofErr w:type="spellStart"/>
      <w:r w:rsidRPr="004923D8">
        <w:t>benefício</w:t>
      </w:r>
      <w:proofErr w:type="spellEnd"/>
      <w:r w:rsidRPr="004923D8">
        <w:t xml:space="preserve"> da </w:t>
      </w:r>
      <w:proofErr w:type="spellStart"/>
      <w:r w:rsidRPr="004923D8">
        <w:rPr>
          <w:b/>
          <w:bCs/>
        </w:rPr>
        <w:t>meia</w:t>
      </w:r>
      <w:proofErr w:type="spellEnd"/>
      <w:r w:rsidRPr="004923D8">
        <w:rPr>
          <w:b/>
          <w:bCs/>
        </w:rPr>
        <w:t>-entrada</w:t>
      </w:r>
      <w:r w:rsidRPr="004923D8">
        <w:t> </w:t>
      </w:r>
      <w:proofErr w:type="spellStart"/>
      <w:r w:rsidRPr="004923D8">
        <w:t>em</w:t>
      </w:r>
      <w:proofErr w:type="spellEnd"/>
      <w:r w:rsidRPr="004923D8">
        <w:t xml:space="preserve"> </w:t>
      </w:r>
      <w:proofErr w:type="spellStart"/>
      <w:r w:rsidRPr="004923D8">
        <w:t>espetáculos</w:t>
      </w:r>
      <w:proofErr w:type="spellEnd"/>
      <w:r w:rsidRPr="004923D8">
        <w:t xml:space="preserve"> </w:t>
      </w:r>
      <w:proofErr w:type="spellStart"/>
      <w:r w:rsidRPr="004923D8">
        <w:t>artísticos</w:t>
      </w:r>
      <w:proofErr w:type="spellEnd"/>
      <w:r w:rsidRPr="004923D8">
        <w:t xml:space="preserve">, </w:t>
      </w:r>
      <w:proofErr w:type="spellStart"/>
      <w:r w:rsidRPr="004923D8">
        <w:t>culturais</w:t>
      </w:r>
      <w:proofErr w:type="spellEnd"/>
      <w:r w:rsidRPr="004923D8">
        <w:t xml:space="preserve"> e </w:t>
      </w:r>
      <w:proofErr w:type="spellStart"/>
      <w:r w:rsidRPr="004923D8">
        <w:t>esportivos</w:t>
      </w:r>
      <w:proofErr w:type="spellEnd"/>
      <w:r w:rsidRPr="004923D8">
        <w:t xml:space="preserve"> para </w:t>
      </w:r>
      <w:proofErr w:type="spellStart"/>
      <w:r w:rsidRPr="004923D8">
        <w:rPr>
          <w:b/>
          <w:bCs/>
        </w:rPr>
        <w:t>doadores</w:t>
      </w:r>
      <w:proofErr w:type="spellEnd"/>
      <w:r w:rsidRPr="004923D8">
        <w:rPr>
          <w:b/>
          <w:bCs/>
        </w:rPr>
        <w:t xml:space="preserve"> </w:t>
      </w:r>
      <w:proofErr w:type="spellStart"/>
      <w:r w:rsidRPr="004923D8">
        <w:rPr>
          <w:b/>
          <w:bCs/>
        </w:rPr>
        <w:t>regulares</w:t>
      </w:r>
      <w:proofErr w:type="spellEnd"/>
      <w:r w:rsidRPr="004923D8">
        <w:rPr>
          <w:b/>
          <w:bCs/>
        </w:rPr>
        <w:t xml:space="preserve"> de </w:t>
      </w:r>
      <w:proofErr w:type="spellStart"/>
      <w:r w:rsidRPr="004923D8">
        <w:rPr>
          <w:b/>
          <w:bCs/>
        </w:rPr>
        <w:t>sangue</w:t>
      </w:r>
      <w:proofErr w:type="spellEnd"/>
      <w:r w:rsidRPr="004923D8">
        <w:rPr>
          <w:b/>
          <w:bCs/>
        </w:rPr>
        <w:t xml:space="preserve"> </w:t>
      </w:r>
      <w:proofErr w:type="spellStart"/>
      <w:r w:rsidRPr="004923D8">
        <w:rPr>
          <w:b/>
          <w:bCs/>
        </w:rPr>
        <w:t>ou</w:t>
      </w:r>
      <w:proofErr w:type="spellEnd"/>
      <w:r w:rsidRPr="004923D8">
        <w:rPr>
          <w:b/>
          <w:bCs/>
        </w:rPr>
        <w:t xml:space="preserve"> de </w:t>
      </w:r>
      <w:proofErr w:type="spellStart"/>
      <w:r w:rsidRPr="004923D8">
        <w:rPr>
          <w:b/>
          <w:bCs/>
        </w:rPr>
        <w:t>medula</w:t>
      </w:r>
      <w:proofErr w:type="spellEnd"/>
      <w:r w:rsidRPr="004923D8">
        <w:rPr>
          <w:b/>
          <w:bCs/>
        </w:rPr>
        <w:t xml:space="preserve"> </w:t>
      </w:r>
      <w:proofErr w:type="spellStart"/>
      <w:r w:rsidRPr="004923D8">
        <w:rPr>
          <w:b/>
          <w:bCs/>
        </w:rPr>
        <w:t>óssea</w:t>
      </w:r>
      <w:proofErr w:type="spellEnd"/>
      <w:r w:rsidRPr="004923D8">
        <w:t> </w:t>
      </w:r>
      <w:proofErr w:type="spellStart"/>
      <w:r w:rsidRPr="004923D8">
        <w:t>em</w:t>
      </w:r>
      <w:proofErr w:type="spellEnd"/>
      <w:r w:rsidRPr="004923D8">
        <w:t xml:space="preserve"> </w:t>
      </w:r>
      <w:proofErr w:type="spellStart"/>
      <w:r w:rsidRPr="004923D8">
        <w:t>âmbito</w:t>
      </w:r>
      <w:proofErr w:type="spellEnd"/>
      <w:r w:rsidRPr="004923D8">
        <w:t xml:space="preserve"> </w:t>
      </w:r>
      <w:proofErr w:type="spellStart"/>
      <w:r w:rsidRPr="004923D8">
        <w:t>nacional</w:t>
      </w:r>
      <w:proofErr w:type="spellEnd"/>
      <w:r w:rsidRPr="004923D8">
        <w:t>.</w:t>
      </w:r>
      <w:r w:rsidR="009E0343">
        <w:t>”</w:t>
      </w:r>
    </w:p>
    <w:sectPr w:rsidR="004923D8" w:rsidSect="009D196F">
      <w:pgSz w:w="12240" w:h="15840"/>
      <w:pgMar w:top="426" w:right="1800" w:bottom="14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5C28AD"/>
    <w:multiLevelType w:val="hybridMultilevel"/>
    <w:tmpl w:val="6F1276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CA321E"/>
    <w:multiLevelType w:val="hybridMultilevel"/>
    <w:tmpl w:val="825ED412"/>
    <w:lvl w:ilvl="0" w:tplc="8CCCE46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4B7257"/>
    <w:multiLevelType w:val="multilevel"/>
    <w:tmpl w:val="670A6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714878"/>
    <w:multiLevelType w:val="hybridMultilevel"/>
    <w:tmpl w:val="D5E8A9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905384">
    <w:abstractNumId w:val="8"/>
  </w:num>
  <w:num w:numId="2" w16cid:durableId="1640577476">
    <w:abstractNumId w:val="6"/>
  </w:num>
  <w:num w:numId="3" w16cid:durableId="2142456645">
    <w:abstractNumId w:val="5"/>
  </w:num>
  <w:num w:numId="4" w16cid:durableId="1656883265">
    <w:abstractNumId w:val="4"/>
  </w:num>
  <w:num w:numId="5" w16cid:durableId="1715350584">
    <w:abstractNumId w:val="7"/>
  </w:num>
  <w:num w:numId="6" w16cid:durableId="1788624105">
    <w:abstractNumId w:val="3"/>
  </w:num>
  <w:num w:numId="7" w16cid:durableId="711347629">
    <w:abstractNumId w:val="2"/>
  </w:num>
  <w:num w:numId="8" w16cid:durableId="2087141041">
    <w:abstractNumId w:val="1"/>
  </w:num>
  <w:num w:numId="9" w16cid:durableId="590180">
    <w:abstractNumId w:val="0"/>
  </w:num>
  <w:num w:numId="10" w16cid:durableId="1698264590">
    <w:abstractNumId w:val="10"/>
  </w:num>
  <w:num w:numId="11" w16cid:durableId="975597888">
    <w:abstractNumId w:val="9"/>
  </w:num>
  <w:num w:numId="12" w16cid:durableId="484053059">
    <w:abstractNumId w:val="12"/>
  </w:num>
  <w:num w:numId="13" w16cid:durableId="3600118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1124"/>
    <w:rsid w:val="00034616"/>
    <w:rsid w:val="00052028"/>
    <w:rsid w:val="0006063C"/>
    <w:rsid w:val="00072E26"/>
    <w:rsid w:val="000A20ED"/>
    <w:rsid w:val="00111973"/>
    <w:rsid w:val="001178AB"/>
    <w:rsid w:val="0015074B"/>
    <w:rsid w:val="00161839"/>
    <w:rsid w:val="00173CBC"/>
    <w:rsid w:val="001A6AF9"/>
    <w:rsid w:val="001A6DA6"/>
    <w:rsid w:val="001D00A2"/>
    <w:rsid w:val="0024006E"/>
    <w:rsid w:val="0029567D"/>
    <w:rsid w:val="0029639D"/>
    <w:rsid w:val="002A074A"/>
    <w:rsid w:val="00304351"/>
    <w:rsid w:val="00326F90"/>
    <w:rsid w:val="0037523B"/>
    <w:rsid w:val="00381234"/>
    <w:rsid w:val="00391D8B"/>
    <w:rsid w:val="00394B3B"/>
    <w:rsid w:val="00397DD8"/>
    <w:rsid w:val="003E3FE3"/>
    <w:rsid w:val="00414EA8"/>
    <w:rsid w:val="00424A22"/>
    <w:rsid w:val="0044196C"/>
    <w:rsid w:val="004638D6"/>
    <w:rsid w:val="0048791C"/>
    <w:rsid w:val="00490284"/>
    <w:rsid w:val="004923D8"/>
    <w:rsid w:val="004E2B46"/>
    <w:rsid w:val="005422E6"/>
    <w:rsid w:val="005D1FBE"/>
    <w:rsid w:val="005E653F"/>
    <w:rsid w:val="00602F22"/>
    <w:rsid w:val="006125E3"/>
    <w:rsid w:val="00613543"/>
    <w:rsid w:val="006351A8"/>
    <w:rsid w:val="0065544A"/>
    <w:rsid w:val="00673743"/>
    <w:rsid w:val="006945D0"/>
    <w:rsid w:val="006A6725"/>
    <w:rsid w:val="006B5ADA"/>
    <w:rsid w:val="00717DE8"/>
    <w:rsid w:val="00751D0D"/>
    <w:rsid w:val="00757B46"/>
    <w:rsid w:val="00762CFE"/>
    <w:rsid w:val="007B63AE"/>
    <w:rsid w:val="007C64BB"/>
    <w:rsid w:val="007D4A21"/>
    <w:rsid w:val="00872A90"/>
    <w:rsid w:val="00885E6D"/>
    <w:rsid w:val="00964902"/>
    <w:rsid w:val="009709AF"/>
    <w:rsid w:val="00971324"/>
    <w:rsid w:val="009A4EF1"/>
    <w:rsid w:val="009D196F"/>
    <w:rsid w:val="009E0343"/>
    <w:rsid w:val="009F77DB"/>
    <w:rsid w:val="00A20A5A"/>
    <w:rsid w:val="00A20E91"/>
    <w:rsid w:val="00A216FE"/>
    <w:rsid w:val="00A2429A"/>
    <w:rsid w:val="00A36411"/>
    <w:rsid w:val="00A953BA"/>
    <w:rsid w:val="00AA1D8D"/>
    <w:rsid w:val="00AC2639"/>
    <w:rsid w:val="00AC3174"/>
    <w:rsid w:val="00AD36ED"/>
    <w:rsid w:val="00AD7D36"/>
    <w:rsid w:val="00B04C7C"/>
    <w:rsid w:val="00B106BF"/>
    <w:rsid w:val="00B3001D"/>
    <w:rsid w:val="00B4057F"/>
    <w:rsid w:val="00B40A7C"/>
    <w:rsid w:val="00B47730"/>
    <w:rsid w:val="00B5421A"/>
    <w:rsid w:val="00B7346D"/>
    <w:rsid w:val="00B766C3"/>
    <w:rsid w:val="00BB31C2"/>
    <w:rsid w:val="00BC7CB3"/>
    <w:rsid w:val="00C12D04"/>
    <w:rsid w:val="00C4300E"/>
    <w:rsid w:val="00C43C20"/>
    <w:rsid w:val="00C442A0"/>
    <w:rsid w:val="00C56531"/>
    <w:rsid w:val="00CB0664"/>
    <w:rsid w:val="00CE64A7"/>
    <w:rsid w:val="00D62BE3"/>
    <w:rsid w:val="00D65F23"/>
    <w:rsid w:val="00DB3763"/>
    <w:rsid w:val="00DE074F"/>
    <w:rsid w:val="00E14246"/>
    <w:rsid w:val="00E40E85"/>
    <w:rsid w:val="00E41AC2"/>
    <w:rsid w:val="00E4704D"/>
    <w:rsid w:val="00E808AB"/>
    <w:rsid w:val="00EE2236"/>
    <w:rsid w:val="00EE7661"/>
    <w:rsid w:val="00F21C3A"/>
    <w:rsid w:val="00F40A08"/>
    <w:rsid w:val="00F72C14"/>
    <w:rsid w:val="00FA2576"/>
    <w:rsid w:val="00FC693F"/>
    <w:rsid w:val="00FD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D461D0"/>
  <w14:defaultImageDpi w14:val="300"/>
  <w15:docId w15:val="{35669CA2-57DD-4D32-9597-113D77A06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4923D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923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5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7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2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7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2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lexml.gov.br/urn/urn:lex:br:camara.deputados:projeto.lei;pl:2023-02-13;46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7</Pages>
  <Words>2700</Words>
  <Characters>14582</Characters>
  <Application>Microsoft Office Word</Application>
  <DocSecurity>0</DocSecurity>
  <Lines>121</Lines>
  <Paragraphs>34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17248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Juridico</cp:lastModifiedBy>
  <cp:revision>45</cp:revision>
  <dcterms:created xsi:type="dcterms:W3CDTF">2025-05-02T19:22:00Z</dcterms:created>
  <dcterms:modified xsi:type="dcterms:W3CDTF">2026-06-09T14:46:00Z</dcterms:modified>
  <cp:category/>
</cp:coreProperties>
</file>